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臨時株主総会議事録（事前確定届出給与の決議）</w:t>
      </w:r>
    </w:p>
    <w:p>
      <w:r>
        <w:rPr>
          <w:sz w:val="18"/>
        </w:rPr>
        <w:t>※ 本文例はひな形です。自社の機関設計・決議内容に合わせて必ず修正してください。</w:t>
      </w:r>
    </w:p>
    <w:p>
      <w:r>
        <w:t>開催日時：令和８年６月２６日（金）午前１０時００分</w:t>
      </w:r>
    </w:p>
    <w:p>
      <w:r>
        <w:t>開催場所：当社本店会議室（〇〇県〇〇市〇〇町１−２−３）</w:t>
      </w:r>
    </w:p>
    <w:p>
      <w:r>
        <w:t>出席状況：発行済株式総数　　　　　　　　　　１００株</w:t>
        <w:br/>
        <w:t>議決権を行使できる株主の総数　　　　１名</w:t>
        <w:br/>
        <w:t>同上の議決権の数　　　　　　　　１００個</w:t>
        <w:br/>
        <w:t>出席株主数（委任状出席を含む）　　　１名</w:t>
        <w:br/>
        <w:t>同上の議決権の数　　　　　　　　１００個</w:t>
      </w:r>
    </w:p>
    <w:p>
      <w:r>
        <w:t>以上のとおり出席があったので、本総会は適法に成立した。代表取締役〇〇〇〇は議長席に着き、開会を宣した。</w:t>
      </w:r>
    </w:p>
    <w:p>
      <w:pPr>
        <w:pStyle w:val="Heading2"/>
      </w:pPr>
      <w:r>
        <w:t>第１号議案　役員賞与（事前確定届出給与）支給の件</w:t>
      </w:r>
    </w:p>
    <w:p>
      <w:r>
        <w:t>議長は、当期の役員の職務執行の対価として、下記のとおり確定した額の金銭を所定の時期に支給したい旨を述べ、その理由を詳細に説明した。慎重審議の結果、満場一致をもって下記のとおり可決承認した。</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役職名</w:t>
            </w:r>
          </w:p>
        </w:tc>
        <w:tc>
          <w:tcPr>
            <w:tcW w:type="dxa" w:w="2160"/>
          </w:tcPr>
          <w:p>
            <w:r>
              <w:t>氏名</w:t>
            </w:r>
          </w:p>
        </w:tc>
        <w:tc>
          <w:tcPr>
            <w:tcW w:type="dxa" w:w="2160"/>
          </w:tcPr>
          <w:p>
            <w:r>
              <w:t>支給時期</w:t>
            </w:r>
          </w:p>
        </w:tc>
        <w:tc>
          <w:tcPr>
            <w:tcW w:type="dxa" w:w="2160"/>
          </w:tcPr>
          <w:p>
            <w:r>
              <w:t>支給金額</w:t>
            </w:r>
          </w:p>
        </w:tc>
      </w:tr>
      <w:tr>
        <w:tc>
          <w:tcPr>
            <w:tcW w:type="dxa" w:w="2160"/>
          </w:tcPr>
          <w:p>
            <w:r>
              <w:t>代表取締役</w:t>
            </w:r>
          </w:p>
        </w:tc>
        <w:tc>
          <w:tcPr>
            <w:tcW w:type="dxa" w:w="2160"/>
          </w:tcPr>
          <w:p>
            <w:r>
              <w:t>〇〇　〇〇</w:t>
            </w:r>
          </w:p>
        </w:tc>
        <w:tc>
          <w:tcPr>
            <w:tcW w:type="dxa" w:w="2160"/>
          </w:tcPr>
          <w:p>
            <w:r>
              <w:t>令和８年１２月２５日</w:t>
            </w:r>
          </w:p>
        </w:tc>
        <w:tc>
          <w:tcPr>
            <w:tcW w:type="dxa" w:w="2160"/>
          </w:tcPr>
          <w:p>
            <w:r>
              <w:t>３，０００，０００円</w:t>
            </w:r>
          </w:p>
        </w:tc>
      </w:tr>
      <w:tr>
        <w:tc>
          <w:tcPr>
            <w:tcW w:type="dxa" w:w="2160"/>
          </w:tcPr>
          <w:p>
            <w:r>
              <w:t>代表取締役</w:t>
            </w:r>
          </w:p>
        </w:tc>
        <w:tc>
          <w:tcPr>
            <w:tcW w:type="dxa" w:w="2160"/>
          </w:tcPr>
          <w:p>
            <w:r>
              <w:t>〇〇　〇〇</w:t>
            </w:r>
          </w:p>
        </w:tc>
        <w:tc>
          <w:tcPr>
            <w:tcW w:type="dxa" w:w="2160"/>
          </w:tcPr>
          <w:p>
            <w:r>
              <w:t>令和９年　６月２５日</w:t>
            </w:r>
          </w:p>
        </w:tc>
        <w:tc>
          <w:tcPr>
            <w:tcW w:type="dxa" w:w="2160"/>
          </w:tcPr>
          <w:p>
            <w:r>
              <w:t>３，０００，０００円</w:t>
            </w:r>
          </w:p>
        </w:tc>
      </w:tr>
    </w:tbl>
    <w:p>
      <w:r>
        <w:t>なお、上記の職務執行期間は、令和８年６月２６日から令和９年６月２５日（次期定時株主総会の日）までとする。</w:t>
      </w:r>
    </w:p>
    <w:p>
      <w:r>
        <w:t>議長は、以上をもって本総会の全ての議案の審議を終了した旨を述べ、午前１０時３０分閉会を宣した。</w:t>
      </w:r>
    </w:p>
    <w:p>
      <w:r>
        <w:t>上記の決議を明確にするため、本議事録を作成し、議長及び出席取締役がこれに記名押印する。</w:t>
      </w:r>
    </w:p>
    <w:p>
      <w:r>
        <w:br/>
        <w:t>令和８年６月２６日</w:t>
      </w:r>
    </w:p>
    <w:p>
      <w:r>
        <w:t>〇〇株式会社　臨時株主総会</w:t>
      </w:r>
    </w:p>
    <w:p>
      <w:r>
        <w:t>議長・代表取締役　　〇〇　〇〇　　　　㊞</w:t>
      </w:r>
    </w:p>
    <w:p>
      <w:r>
        <w:t>出席取締役　　　　　〇〇　〇〇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