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游明朝" w:hAnsi="游明朝" w:eastAsia="游明朝"/>
          <w:b/>
          <w:sz w:val="32"/>
        </w:rPr>
        <w:t>遺産分割協議書 ひな形テンプレート集</w:t>
      </w:r>
    </w:p>
    <w:p>
      <w:pPr>
        <w:spacing w:after="160"/>
      </w:pPr>
      <w:r>
        <w:rPr>
          <w:rFonts w:ascii="游明朝" w:hAnsi="游明朝" w:eastAsia="游明朝"/>
          <w:b w:val="0"/>
          <w:sz w:val="20"/>
        </w:rPr>
        <w:t>イザークコンサルティング株式会社｜ezark-tax-accounting.com</w:t>
      </w:r>
    </w:p>
    <w:p>
      <w:pPr>
        <w:spacing w:after="160"/>
      </w:pPr>
      <w:r>
        <w:rPr>
          <w:rFonts w:ascii="游明朝" w:hAnsi="游明朝" w:eastAsia="游明朝"/>
          <w:b w:val="0"/>
          <w:sz w:val="21"/>
        </w:rPr>
        <w:t>収録パターン：①法定相続分で分ける基本形　②代償分割　③換価分割</w:t>
      </w:r>
    </w:p>
    <w:p>
      <w:pPr>
        <w:spacing w:after="160"/>
      </w:pPr>
      <w:r>
        <w:rPr>
          <w:rFonts w:ascii="游明朝" w:hAnsi="游明朝" w:eastAsia="游明朝"/>
          <w:b w:val="0"/>
          <w:sz w:val="19"/>
        </w:rPr>
        <w:t>使い方：黄色でハイライトした箇所（○○の部分）を、ご自身のケースに合わせて書き換えてご利用ください。記載内容の法的な有効性については、司法書士・税理士等の専門家にご確認のうえご利用ください。</w:t>
      </w:r>
    </w:p>
    <w:p>
      <w:r>
        <w:br w:type="page"/>
      </w:r>
    </w:p>
    <w:p>
      <w:pPr>
        <w:spacing w:after="200"/>
      </w:pPr>
      <w:r>
        <w:rPr>
          <w:rFonts w:ascii="游明朝" w:hAnsi="游明朝" w:eastAsia="游明朝"/>
          <w:b/>
          <w:sz w:val="26"/>
        </w:rPr>
        <w:t>① 法定相続分で分ける基本パターン</w:t>
      </w:r>
    </w:p>
    <w:p>
      <w:pPr>
        <w:jc w:val="center"/>
      </w:pPr>
      <w:r>
        <w:rPr>
          <w:rFonts w:ascii="游明朝" w:hAnsi="游明朝" w:eastAsia="游明朝"/>
          <w:b/>
          <w:sz w:val="32"/>
        </w:rPr>
        <w:t>遺産分割協議書</w:t>
      </w:r>
    </w:p>
    <w:p>
      <w:pPr>
        <w:spacing w:after="120"/>
      </w:pPr>
      <w:r>
        <w:rPr>
          <w:rFonts w:ascii="游明朝" w:hAnsi="游明朝" w:eastAsia="游明朝"/>
          <w:b w:val="0"/>
          <w:sz w:val="21"/>
        </w:rPr>
        <w:t>被相続人　○○　○○（本籍　○○県○○市○○町○丁目○番地、最後の住所　○○県○○市○○町○丁目○番○号、令和○年○月○日死亡）の遺産について、同人の相続人である○○○○、○○○○、○○○○の全員において分割協議を行った結果、各相続人は次のとおり遺産を分割し、取得することに決定した。</w:t>
      </w:r>
    </w:p>
    <w:p>
      <w:pPr>
        <w:spacing w:after="120"/>
      </w:pPr>
      <w:r>
        <w:rPr>
          <w:rFonts w:ascii="游明朝" w:hAnsi="游明朝" w:eastAsia="游明朝"/>
          <w:b w:val="0"/>
          <w:sz w:val="21"/>
        </w:rPr>
        <w:t>1　相続人○○○○が取得する財産</w:t>
      </w:r>
    </w:p>
    <w:p>
      <w:pPr>
        <w:spacing w:after="120"/>
      </w:pPr>
      <w:r>
        <w:rPr>
          <w:rFonts w:ascii="游明朝" w:hAnsi="游明朝" w:eastAsia="游明朝"/>
          <w:b w:val="0"/>
          <w:sz w:val="21"/>
        </w:rPr>
        <w:t xml:space="preserve">　（1）土地　所在　○○市○○町○丁目　地番　○番○　地目　宅地　地積　○○.○○平方メートル</w:t>
      </w:r>
    </w:p>
    <w:p>
      <w:pPr>
        <w:spacing w:after="120"/>
      </w:pPr>
      <w:r>
        <w:rPr>
          <w:rFonts w:ascii="游明朝" w:hAnsi="游明朝" w:eastAsia="游明朝"/>
          <w:b w:val="0"/>
          <w:sz w:val="21"/>
        </w:rPr>
        <w:t xml:space="preserve">　（2）建物　所在　○○市○○町○丁目○番地○　家屋番号　○番○　種類　居宅　構造　○○造○階建　床面積　1階○○.○○平方メートル　2階○○.○○平方メートル</w:t>
      </w:r>
    </w:p>
    <w:p>
      <w:pPr>
        <w:spacing w:after="120"/>
      </w:pPr>
      <w:r>
        <w:rPr>
          <w:rFonts w:ascii="游明朝" w:hAnsi="游明朝" w:eastAsia="游明朝"/>
          <w:b w:val="0"/>
          <w:sz w:val="21"/>
        </w:rPr>
        <w:t>2　相続人○○○○が取得する財産</w:t>
      </w:r>
    </w:p>
    <w:p>
      <w:pPr>
        <w:spacing w:after="120"/>
      </w:pPr>
      <w:r>
        <w:rPr>
          <w:rFonts w:ascii="游明朝" w:hAnsi="游明朝" w:eastAsia="游明朝"/>
          <w:b w:val="0"/>
          <w:sz w:val="21"/>
        </w:rPr>
        <w:t xml:space="preserve">　（1）○○銀行○○支店の被相続人名義の普通預金（口座番号○○○○○○○）の全部</w:t>
      </w:r>
    </w:p>
    <w:p>
      <w:pPr>
        <w:spacing w:after="120"/>
      </w:pPr>
      <w:r>
        <w:rPr>
          <w:rFonts w:ascii="游明朝" w:hAnsi="游明朝" w:eastAsia="游明朝"/>
          <w:b w:val="0"/>
          <w:sz w:val="21"/>
        </w:rPr>
        <w:t xml:space="preserve">　（2）○○証券○○支店の被相続人名義の有価証券（銘柄　○○、数量○○株）の全部</w:t>
      </w:r>
    </w:p>
    <w:p>
      <w:pPr>
        <w:spacing w:after="120"/>
      </w:pPr>
      <w:r>
        <w:rPr>
          <w:rFonts w:ascii="游明朝" w:hAnsi="游明朝" w:eastAsia="游明朝"/>
          <w:b w:val="0"/>
          <w:sz w:val="21"/>
        </w:rPr>
        <w:t>3　相続人○○○○が取得する財産</w:t>
      </w:r>
    </w:p>
    <w:p>
      <w:pPr>
        <w:spacing w:after="120"/>
      </w:pPr>
      <w:r>
        <w:rPr>
          <w:rFonts w:ascii="游明朝" w:hAnsi="游明朝" w:eastAsia="游明朝"/>
          <w:b w:val="0"/>
          <w:sz w:val="21"/>
        </w:rPr>
        <w:t xml:space="preserve">　（1）現金　○○万円</w:t>
      </w:r>
    </w:p>
    <w:p>
      <w:pPr>
        <w:spacing w:after="120"/>
      </w:pPr>
      <w:r>
        <w:rPr>
          <w:rFonts w:ascii="游明朝" w:hAnsi="游明朝" w:eastAsia="游明朝"/>
          <w:b w:val="0"/>
          <w:sz w:val="21"/>
        </w:rPr>
        <w:t xml:space="preserve">　（2）家庭用動産一式</w:t>
      </w:r>
    </w:p>
    <w:p>
      <w:pPr>
        <w:spacing w:after="120"/>
      </w:pPr>
      <w:r>
        <w:rPr>
          <w:rFonts w:ascii="游明朝" w:hAnsi="游明朝" w:eastAsia="游明朝"/>
          <w:b w:val="0"/>
          <w:sz w:val="21"/>
        </w:rPr>
        <w:t>4　相続人○○○○は、被相続人の次の債務を承継する。</w:t>
      </w:r>
    </w:p>
    <w:p>
      <w:pPr>
        <w:spacing w:after="120"/>
      </w:pPr>
      <w:r>
        <w:rPr>
          <w:rFonts w:ascii="游明朝" w:hAnsi="游明朝" w:eastAsia="游明朝"/>
          <w:b w:val="0"/>
          <w:sz w:val="21"/>
        </w:rPr>
        <w:t xml:space="preserve">　（1）○○銀行○○支店からの借入金　○○万円</w:t>
      </w:r>
    </w:p>
    <w:p>
      <w:pPr>
        <w:spacing w:after="120"/>
      </w:pPr>
      <w:r>
        <w:rPr>
          <w:rFonts w:ascii="游明朝" w:hAnsi="游明朝" w:eastAsia="游明朝"/>
          <w:b w:val="0"/>
          <w:sz w:val="21"/>
        </w:rPr>
        <w:t>5　本協議書に記載のない遺産及び本協議書作成後に判明した遺産については、相続人○○○○がこれを取得する。</w:t>
      </w:r>
    </w:p>
    <w:p>
      <w:pPr>
        <w:spacing w:after="120"/>
      </w:pPr>
      <w:r>
        <w:rPr>
          <w:rFonts w:ascii="游明朝" w:hAnsi="游明朝" w:eastAsia="游明朝"/>
          <w:b w:val="0"/>
          <w:sz w:val="21"/>
        </w:rPr>
        <w:t>6　以上のとおり相続人全員による遺産分割の協議が成立したので、これを証するため本書を作成し、各自署名押印する。</w:t>
      </w:r>
    </w:p>
    <w:p>
      <w:pPr>
        <w:spacing w:after="120"/>
      </w:pPr>
      <w:r>
        <w:rPr>
          <w:rFonts w:ascii="游明朝" w:hAnsi="游明朝" w:eastAsia="游明朝"/>
          <w:b w:val="0"/>
          <w:sz w:val="21"/>
        </w:rPr>
        <w:t>令和○年○月○日</w:t>
      </w:r>
    </w:p>
    <w:p>
      <w:pPr>
        <w:spacing w:after="120"/>
      </w:pPr>
      <w:r>
        <w:rPr>
          <w:rFonts w:ascii="游明朝" w:hAnsi="游明朝" w:eastAsia="游明朝"/>
          <w:b w:val="0"/>
          <w:sz w:val="21"/>
        </w:rPr>
        <w:t>（住所）○○県○○市○○町○丁目○番○号</w:t>
      </w:r>
    </w:p>
    <w:p>
      <w:pPr>
        <w:spacing w:after="120"/>
      </w:pPr>
      <w:r>
        <w:rPr>
          <w:rFonts w:ascii="游明朝" w:hAnsi="游明朝" w:eastAsia="游明朝"/>
          <w:b w:val="0"/>
          <w:sz w:val="21"/>
        </w:rPr>
        <w:t>相続人　○○　○○　　　　　　印</w:t>
      </w:r>
    </w:p>
    <w:p>
      <w:pPr>
        <w:spacing w:after="120"/>
      </w:pPr>
      <w:r>
        <w:rPr>
          <w:rFonts w:ascii="游明朝" w:hAnsi="游明朝" w:eastAsia="游明朝"/>
          <w:b w:val="0"/>
          <w:sz w:val="21"/>
        </w:rPr>
        <w:t>（住所）○○県○○市○○町○丁目○番○号</w:t>
      </w:r>
    </w:p>
    <w:p>
      <w:pPr>
        <w:spacing w:after="120"/>
      </w:pPr>
      <w:r>
        <w:rPr>
          <w:rFonts w:ascii="游明朝" w:hAnsi="游明朝" w:eastAsia="游明朝"/>
          <w:b w:val="0"/>
          <w:sz w:val="21"/>
        </w:rPr>
        <w:t>相続人　○○　○○　　　　　　印</w:t>
      </w:r>
    </w:p>
    <w:p>
      <w:pPr>
        <w:spacing w:after="120"/>
      </w:pPr>
      <w:r>
        <w:rPr>
          <w:rFonts w:ascii="游明朝" w:hAnsi="游明朝" w:eastAsia="游明朝"/>
          <w:b w:val="0"/>
          <w:sz w:val="21"/>
        </w:rPr>
        <w:t>（住所）○○県○○市○○町○丁目○番○号</w:t>
      </w:r>
    </w:p>
    <w:p>
      <w:pPr>
        <w:spacing w:after="120"/>
      </w:pPr>
      <w:r>
        <w:rPr>
          <w:rFonts w:ascii="游明朝" w:hAnsi="游明朝" w:eastAsia="游明朝"/>
          <w:b w:val="0"/>
          <w:sz w:val="21"/>
        </w:rPr>
        <w:t>相続人　○○　○○　　　　　　印</w:t>
      </w:r>
    </w:p>
    <w:p>
      <w:r>
        <w:br w:type="page"/>
      </w:r>
    </w:p>
    <w:p>
      <w:pPr>
        <w:spacing w:after="200"/>
      </w:pPr>
      <w:r>
        <w:rPr>
          <w:rFonts w:ascii="游明朝" w:hAnsi="游明朝" w:eastAsia="游明朝"/>
          <w:b/>
          <w:sz w:val="26"/>
        </w:rPr>
        <w:t>② 代償分割パターン（不動産を1人が取得し、代償金を支払う）</w:t>
      </w:r>
    </w:p>
    <w:p>
      <w:pPr>
        <w:jc w:val="center"/>
      </w:pPr>
      <w:r>
        <w:rPr>
          <w:rFonts w:ascii="游明朝" w:hAnsi="游明朝" w:eastAsia="游明朝"/>
          <w:b/>
          <w:sz w:val="32"/>
        </w:rPr>
        <w:t>遺産分割協議書</w:t>
      </w:r>
    </w:p>
    <w:p>
      <w:pPr>
        <w:spacing w:after="120"/>
      </w:pPr>
      <w:r>
        <w:rPr>
          <w:rFonts w:ascii="游明朝" w:hAnsi="游明朝" w:eastAsia="游明朝"/>
          <w:b w:val="0"/>
          <w:sz w:val="21"/>
        </w:rPr>
        <w:t>被相続人　○○　○○（最後の住所　○○県○○市○○町○丁目○番○号、令和○年○月○日死亡）の遺産について、同人の相続人である○○○○、○○○○の全員において分割協議を行った結果、次のとおり遺産を分割し、取得することに決定した。</w:t>
      </w:r>
    </w:p>
    <w:p>
      <w:pPr>
        <w:spacing w:after="120"/>
      </w:pPr>
      <w:r>
        <w:rPr>
          <w:rFonts w:ascii="游明朝" w:hAnsi="游明朝" w:eastAsia="游明朝"/>
          <w:b w:val="0"/>
          <w:sz w:val="21"/>
        </w:rPr>
        <w:t>1　相続人○○○○（長男）は、次の財産を取得する。</w:t>
      </w:r>
    </w:p>
    <w:p>
      <w:pPr>
        <w:spacing w:after="120"/>
      </w:pPr>
      <w:r>
        <w:rPr>
          <w:rFonts w:ascii="游明朝" w:hAnsi="游明朝" w:eastAsia="游明朝"/>
          <w:b w:val="0"/>
          <w:sz w:val="21"/>
        </w:rPr>
        <w:t xml:space="preserve">　土地　所在　○○市○○町○丁目　地番　○番○　地目　宅地　地積　○○.○○平方メートル（相続税評価額○○万円）</w:t>
      </w:r>
    </w:p>
    <w:p>
      <w:pPr>
        <w:spacing w:after="120"/>
      </w:pPr>
      <w:r>
        <w:rPr>
          <w:rFonts w:ascii="游明朝" w:hAnsi="游明朝" w:eastAsia="游明朝"/>
          <w:b w:val="0"/>
          <w:sz w:val="21"/>
        </w:rPr>
        <w:t xml:space="preserve">　建物　所在　○○市○○町○丁目○番地○　家屋番号　○番○（相続税評価額○○万円）</w:t>
      </w:r>
    </w:p>
    <w:p>
      <w:pPr>
        <w:spacing w:after="120"/>
      </w:pPr>
      <w:r>
        <w:rPr>
          <w:rFonts w:ascii="游明朝" w:hAnsi="游明朝" w:eastAsia="游明朝"/>
          <w:b w:val="0"/>
          <w:sz w:val="21"/>
        </w:rPr>
        <w:t>2　相続人○○○○（長男）は、前項の財産を取得する代償として、相続人○○○○（次男）に対し、金○○○万円を令和○年○月○日限り、同人が指定する下記口座に振り込む方法により支払う。</w:t>
      </w:r>
    </w:p>
    <w:p>
      <w:pPr>
        <w:spacing w:after="120"/>
      </w:pPr>
      <w:r>
        <w:rPr>
          <w:rFonts w:ascii="游明朝" w:hAnsi="游明朝" w:eastAsia="游明朝"/>
          <w:b w:val="0"/>
          <w:sz w:val="21"/>
        </w:rPr>
        <w:t xml:space="preserve">　振込先　○○銀行○○支店　普通　口座番号○○○○○○○　口座名義　○○○○</w:t>
      </w:r>
    </w:p>
    <w:p>
      <w:pPr>
        <w:spacing w:after="120"/>
      </w:pPr>
      <w:r>
        <w:rPr>
          <w:rFonts w:ascii="游明朝" w:hAnsi="游明朝" w:eastAsia="游明朝"/>
          <w:b w:val="0"/>
          <w:sz w:val="21"/>
        </w:rPr>
        <w:t>3　本協議書に記載のない遺産及び本協議書作成後に判明した遺産については、相続人○○○○（長男）がこれを取得する。</w:t>
      </w:r>
    </w:p>
    <w:p>
      <w:pPr>
        <w:spacing w:after="120"/>
      </w:pPr>
      <w:r>
        <w:rPr>
          <w:rFonts w:ascii="游明朝" w:hAnsi="游明朝" w:eastAsia="游明朝"/>
          <w:b w:val="0"/>
          <w:sz w:val="21"/>
        </w:rPr>
        <w:t>4　以上のとおり相続人全員による遺産分割の協議が成立したので、これを証するため本書を作成し、各自署名押印する。</w:t>
      </w:r>
    </w:p>
    <w:p>
      <w:pPr>
        <w:spacing w:after="120"/>
      </w:pPr>
      <w:r>
        <w:rPr>
          <w:rFonts w:ascii="游明朝" w:hAnsi="游明朝" w:eastAsia="游明朝"/>
          <w:b w:val="0"/>
          <w:sz w:val="21"/>
        </w:rPr>
        <w:t>令和○年○月○日</w:t>
      </w:r>
    </w:p>
    <w:p>
      <w:pPr>
        <w:spacing w:after="120"/>
      </w:pPr>
      <w:r>
        <w:rPr>
          <w:rFonts w:ascii="游明朝" w:hAnsi="游明朝" w:eastAsia="游明朝"/>
          <w:b w:val="0"/>
          <w:sz w:val="21"/>
        </w:rPr>
        <w:t>（住所）○○県○○市○○町○丁目○番○号</w:t>
      </w:r>
    </w:p>
    <w:p>
      <w:pPr>
        <w:spacing w:after="120"/>
      </w:pPr>
      <w:r>
        <w:rPr>
          <w:rFonts w:ascii="游明朝" w:hAnsi="游明朝" w:eastAsia="游明朝"/>
          <w:b w:val="0"/>
          <w:sz w:val="21"/>
        </w:rPr>
        <w:t>相続人　○○　○○（長男）　　　　印</w:t>
      </w:r>
    </w:p>
    <w:p>
      <w:pPr>
        <w:spacing w:after="120"/>
      </w:pPr>
      <w:r>
        <w:rPr>
          <w:rFonts w:ascii="游明朝" w:hAnsi="游明朝" w:eastAsia="游明朝"/>
          <w:b w:val="0"/>
          <w:sz w:val="21"/>
        </w:rPr>
        <w:t>（住所）○○県○○市○○町○丁目○番○号</w:t>
      </w:r>
    </w:p>
    <w:p>
      <w:pPr>
        <w:spacing w:after="120"/>
      </w:pPr>
      <w:r>
        <w:rPr>
          <w:rFonts w:ascii="游明朝" w:hAnsi="游明朝" w:eastAsia="游明朝"/>
          <w:b w:val="0"/>
          <w:sz w:val="21"/>
        </w:rPr>
        <w:t>相続人　○○　○○（次男）　　　　印</w:t>
      </w:r>
    </w:p>
    <w:p>
      <w:r>
        <w:br w:type="page"/>
      </w:r>
    </w:p>
    <w:p>
      <w:pPr>
        <w:spacing w:after="200"/>
      </w:pPr>
      <w:r>
        <w:rPr>
          <w:rFonts w:ascii="游明朝" w:hAnsi="游明朝" w:eastAsia="游明朝"/>
          <w:b/>
          <w:sz w:val="26"/>
        </w:rPr>
        <w:t>③ 換価分割パターン（売却して代金を分ける）</w:t>
      </w:r>
    </w:p>
    <w:p>
      <w:pPr>
        <w:jc w:val="center"/>
      </w:pPr>
      <w:r>
        <w:rPr>
          <w:rFonts w:ascii="游明朝" w:hAnsi="游明朝" w:eastAsia="游明朝"/>
          <w:b/>
          <w:sz w:val="32"/>
        </w:rPr>
        <w:t>遺産分割協議書</w:t>
      </w:r>
    </w:p>
    <w:p>
      <w:pPr>
        <w:spacing w:after="120"/>
      </w:pPr>
      <w:r>
        <w:rPr>
          <w:rFonts w:ascii="游明朝" w:hAnsi="游明朝" w:eastAsia="游明朝"/>
          <w:b w:val="0"/>
          <w:sz w:val="21"/>
        </w:rPr>
        <w:t>被相続人　○○　○○（最後の住所　○○県○○市○○町○丁目○番○号、令和○年○月○日死亡）の遺産について、同人の相続人である○○○○、○○○○、○○○○の全員において分割協議を行った結果、次のとおり遺産を分割することに決定した。</w:t>
      </w:r>
    </w:p>
    <w:p>
      <w:pPr>
        <w:spacing w:after="120"/>
      </w:pPr>
      <w:r>
        <w:rPr>
          <w:rFonts w:ascii="游明朝" w:hAnsi="游明朝" w:eastAsia="游明朝"/>
          <w:b w:val="0"/>
          <w:sz w:val="21"/>
        </w:rPr>
        <w:t>1　次の不動産については、相続人○○○○の単独名義で相続登記をしたうえで売却し、売却代金から売却に要した費用（仲介手数料、印紙代、登記費用その他一切の諸費用を含む。）を控除した残額を、相続人○○○○、○○○○、○○○○が各3分の1の割合で取得する（換価分割）。</w:t>
      </w:r>
    </w:p>
    <w:p>
      <w:pPr>
        <w:spacing w:after="120"/>
      </w:pPr>
      <w:r>
        <w:rPr>
          <w:rFonts w:ascii="游明朝" w:hAnsi="游明朝" w:eastAsia="游明朝"/>
          <w:b w:val="0"/>
          <w:sz w:val="21"/>
        </w:rPr>
        <w:t xml:space="preserve">　土地　所在　○○市○○町○丁目　地番　○番○　地目　宅地　地積　○○.○○平方メートル</w:t>
      </w:r>
    </w:p>
    <w:p>
      <w:pPr>
        <w:spacing w:after="120"/>
      </w:pPr>
      <w:r>
        <w:rPr>
          <w:rFonts w:ascii="游明朝" w:hAnsi="游明朝" w:eastAsia="游明朝"/>
          <w:b w:val="0"/>
          <w:sz w:val="21"/>
        </w:rPr>
        <w:t xml:space="preserve">　建物　所在　○○市○○町○丁目○番地○　家屋番号　○番○</w:t>
      </w:r>
    </w:p>
    <w:p>
      <w:pPr>
        <w:spacing w:after="120"/>
      </w:pPr>
      <w:r>
        <w:rPr>
          <w:rFonts w:ascii="游明朝" w:hAnsi="游明朝" w:eastAsia="游明朝"/>
          <w:b w:val="0"/>
          <w:sz w:val="21"/>
        </w:rPr>
        <w:t>2　相続人○○○○は、前項の不動産の売却に関する一切の手続き（媒介契約の締結、売買契約の締結及び決済手続を含む。）を、他の相続人を代理して行うことができるものとする。</w:t>
      </w:r>
    </w:p>
    <w:p>
      <w:pPr>
        <w:spacing w:after="120"/>
      </w:pPr>
      <w:r>
        <w:rPr>
          <w:rFonts w:ascii="游明朝" w:hAnsi="游明朝" w:eastAsia="游明朝"/>
          <w:b w:val="0"/>
          <w:sz w:val="21"/>
        </w:rPr>
        <w:t>3　前項により取得した売却代金の分配は、売買代金決済後、速やかに行うものとする。</w:t>
      </w:r>
    </w:p>
    <w:p>
      <w:pPr>
        <w:spacing w:after="120"/>
      </w:pPr>
      <w:r>
        <w:rPr>
          <w:rFonts w:ascii="游明朝" w:hAnsi="游明朝" w:eastAsia="游明朝"/>
          <w:b w:val="0"/>
          <w:sz w:val="21"/>
        </w:rPr>
        <w:t>4　相続人○○○○は、次の財産を取得する。</w:t>
      </w:r>
    </w:p>
    <w:p>
      <w:pPr>
        <w:spacing w:after="120"/>
      </w:pPr>
      <w:r>
        <w:rPr>
          <w:rFonts w:ascii="游明朝" w:hAnsi="游明朝" w:eastAsia="游明朝"/>
          <w:b w:val="0"/>
          <w:sz w:val="21"/>
        </w:rPr>
        <w:t xml:space="preserve">　○○銀行○○支店の被相続人名義の普通預金（口座番号○○○○○○○）の全部</w:t>
      </w:r>
    </w:p>
    <w:p>
      <w:pPr>
        <w:spacing w:after="120"/>
      </w:pPr>
      <w:r>
        <w:rPr>
          <w:rFonts w:ascii="游明朝" w:hAnsi="游明朝" w:eastAsia="游明朝"/>
          <w:b w:val="0"/>
          <w:sz w:val="21"/>
        </w:rPr>
        <w:t>5　本協議書に記載のない遺産及び本協議書作成後に判明した遺産については、相続人○○○○、○○○○、○○○○が各3分の1の割合で取得する。</w:t>
      </w:r>
    </w:p>
    <w:p>
      <w:pPr>
        <w:spacing w:after="120"/>
      </w:pPr>
      <w:r>
        <w:rPr>
          <w:rFonts w:ascii="游明朝" w:hAnsi="游明朝" w:eastAsia="游明朝"/>
          <w:b w:val="0"/>
          <w:sz w:val="21"/>
        </w:rPr>
        <w:t>6　以上のとおり相続人全員による遺産分割の協議が成立したので、これを証するため本書を作成し、各自署名押印する。</w:t>
      </w:r>
    </w:p>
    <w:p>
      <w:pPr>
        <w:spacing w:after="120"/>
      </w:pPr>
      <w:r>
        <w:rPr>
          <w:rFonts w:ascii="游明朝" w:hAnsi="游明朝" w:eastAsia="游明朝"/>
          <w:b w:val="0"/>
          <w:sz w:val="21"/>
        </w:rPr>
        <w:t>令和○年○月○日</w:t>
      </w:r>
    </w:p>
    <w:p>
      <w:pPr>
        <w:spacing w:after="120"/>
      </w:pPr>
      <w:r>
        <w:rPr>
          <w:rFonts w:ascii="游明朝" w:hAnsi="游明朝" w:eastAsia="游明朝"/>
          <w:b w:val="0"/>
          <w:sz w:val="21"/>
        </w:rPr>
        <w:t>（住所）○○県○○市○○町○丁目○番○号</w:t>
      </w:r>
    </w:p>
    <w:p>
      <w:pPr>
        <w:spacing w:after="120"/>
      </w:pPr>
      <w:r>
        <w:rPr>
          <w:rFonts w:ascii="游明朝" w:hAnsi="游明朝" w:eastAsia="游明朝"/>
          <w:b w:val="0"/>
          <w:sz w:val="21"/>
        </w:rPr>
        <w:t>相続人　○○　○○　　　　　　印</w:t>
      </w:r>
    </w:p>
    <w:p>
      <w:pPr>
        <w:spacing w:after="120"/>
      </w:pPr>
      <w:r>
        <w:rPr>
          <w:rFonts w:ascii="游明朝" w:hAnsi="游明朝" w:eastAsia="游明朝"/>
          <w:b w:val="0"/>
          <w:sz w:val="21"/>
        </w:rPr>
        <w:t>（住所）○○県○○市○○町○丁目○番○号</w:t>
      </w:r>
    </w:p>
    <w:p>
      <w:pPr>
        <w:spacing w:after="120"/>
      </w:pPr>
      <w:r>
        <w:rPr>
          <w:rFonts w:ascii="游明朝" w:hAnsi="游明朝" w:eastAsia="游明朝"/>
          <w:b w:val="0"/>
          <w:sz w:val="21"/>
        </w:rPr>
        <w:t>相続人　○○　○○　　　　　　印</w:t>
      </w:r>
    </w:p>
    <w:p>
      <w:pPr>
        <w:spacing w:after="120"/>
      </w:pPr>
      <w:r>
        <w:rPr>
          <w:rFonts w:ascii="游明朝" w:hAnsi="游明朝" w:eastAsia="游明朝"/>
          <w:b w:val="0"/>
          <w:sz w:val="21"/>
        </w:rPr>
        <w:t>（住所）○○県○○市○○町○丁目○番○号</w:t>
      </w:r>
    </w:p>
    <w:p>
      <w:pPr>
        <w:spacing w:after="120"/>
      </w:pPr>
      <w:r>
        <w:rPr>
          <w:rFonts w:ascii="游明朝" w:hAnsi="游明朝" w:eastAsia="游明朝"/>
          <w:b w:val="0"/>
          <w:sz w:val="21"/>
        </w:rPr>
        <w:t>相続人　○○　○○　　　　　　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