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jc w:val="center"/>
      </w:pPr>
      <w:r>
        <w:rPr>
          <w:rFonts w:ascii="游明朝" w:hAnsi="游明朝" w:eastAsia="游明朝"/>
          <w:b/>
          <w:sz w:val="36"/>
        </w:rPr>
        <w:t>贈与契約書 ひな形テンプレート集</w:t>
      </w:r>
    </w:p>
    <w:p>
      <w:pPr>
        <w:spacing w:after="120"/>
        <w:jc w:val="center"/>
      </w:pPr>
      <w:r>
        <w:rPr>
          <w:rFonts w:ascii="游明朝" w:hAnsi="游明朝" w:eastAsia="游明朝"/>
          <w:b w:val="0"/>
          <w:sz w:val="20"/>
        </w:rPr>
        <w:t>イザークコンサルティング株式会社｜ezark-tax-accounting.com</w:t>
      </w:r>
    </w:p>
    <w:p>
      <w:pPr>
        <w:spacing w:after="120"/>
      </w:pPr>
      <w:r>
        <w:rPr>
          <w:rFonts w:ascii="游明朝" w:hAnsi="游明朝" w:eastAsia="游明朝"/>
          <w:b w:val="0"/>
          <w:sz w:val="21"/>
        </w:rPr>
        <w:t>収録：①現金を一括で贈与する契約書　②毎年贈与（年ごとに作る契約書）　③不動産（土地・建物）の贈与契約書　④贈与の証拠を残すチェックリスト</w:t>
      </w:r>
    </w:p>
    <w:p>
      <w:pPr>
        <w:spacing w:after="120"/>
      </w:pPr>
      <w:r>
        <w:rPr>
          <w:rFonts w:ascii="游明朝" w:hAnsi="游明朝" w:eastAsia="游明朝"/>
          <w:b w:val="0"/>
          <w:sz w:val="21"/>
        </w:rPr>
        <w:t>使い方：黄色でハイライトした箇所（</w:t>
      </w:r>
      <w:r>
        <w:rPr>
          <w:rFonts w:ascii="游明朝" w:hAnsi="游明朝" w:eastAsia="游明朝"/>
          <w:b w:val="0"/>
          <w:sz w:val="21"/>
          <w:highlight w:val="yellow"/>
        </w:rPr>
        <w:t>○</w:t>
      </w:r>
      <w:r>
        <w:rPr>
          <w:rFonts w:ascii="游明朝" w:hAnsi="游明朝" w:eastAsia="游明朝"/>
          <w:b w:val="0"/>
          <w:sz w:val="21"/>
        </w:rPr>
        <w:t>の部分）をご自身のケースに書き換えてください。契約書の日付は、実際に贈与を約束した日にします。</w:t>
      </w:r>
    </w:p>
    <w:p>
      <w:pPr>
        <w:spacing w:after="120"/>
      </w:pPr>
      <w:r>
        <w:rPr>
          <w:rFonts w:ascii="游明朝" w:hAnsi="游明朝" w:eastAsia="游明朝"/>
          <w:b w:val="0"/>
          <w:sz w:val="19"/>
        </w:rPr>
        <w:t>ご利用上の注意：本ひな形は一般的な記載例です。贈与税の有無、特例の適用、不動産の登記、未成年者が当事者になる場合、ローン残債を引き継ぐ場合などは個別事情で扱いが変わります。受贈者が未成年の場合は、親権者の署名欄を設ける必要があります。実際の利用にあたっては、税理士・司法書士等の専門家にご確認ください。</w:t>
      </w:r>
    </w:p>
    <w:p>
      <w:r>
        <w:br w:type="page"/>
      </w:r>
    </w:p>
    <w:p>
      <w:pPr>
        <w:spacing w:after="200"/>
      </w:pPr>
      <w:r>
        <w:rPr>
          <w:rFonts w:ascii="游明朝" w:hAnsi="游明朝" w:eastAsia="游明朝"/>
          <w:b/>
          <w:sz w:val="24"/>
        </w:rPr>
        <w:t>① 現金を一括で贈与する場合</w:t>
      </w:r>
    </w:p>
    <w:p>
      <w:pPr>
        <w:spacing w:after="280"/>
        <w:jc w:val="center"/>
      </w:pPr>
      <w:r>
        <w:rPr>
          <w:rFonts w:ascii="游明朝" w:hAnsi="游明朝" w:eastAsia="游明朝"/>
          <w:b/>
          <w:sz w:val="32"/>
        </w:rPr>
        <w:t>贈　与　契　約　書</w:t>
      </w:r>
    </w:p>
    <w:p>
      <w:pPr>
        <w:spacing w:after="200"/>
      </w:pPr>
      <w:r>
        <w:rPr>
          <w:rFonts w:ascii="游明朝" w:hAnsi="游明朝" w:eastAsia="游明朝"/>
          <w:b w:val="0"/>
          <w:sz w:val="21"/>
        </w:rPr>
        <w:t xml:space="preserve">贈与者　</w:t>
      </w:r>
      <w:r>
        <w:rPr>
          <w:rFonts w:ascii="游明朝" w:hAnsi="游明朝" w:eastAsia="游明朝"/>
          <w:b w:val="0"/>
          <w:sz w:val="21"/>
          <w:highlight w:val="yellow"/>
        </w:rPr>
        <w:t>○○</w:t>
      </w:r>
      <w:r>
        <w:rPr>
          <w:rFonts w:ascii="游明朝" w:hAnsi="游明朝" w:eastAsia="游明朝"/>
          <w:b w:val="0"/>
          <w:sz w:val="21"/>
        </w:rPr>
        <w:t xml:space="preserve">　</w:t>
      </w:r>
      <w:r>
        <w:rPr>
          <w:rFonts w:ascii="游明朝" w:hAnsi="游明朝" w:eastAsia="游明朝"/>
          <w:b w:val="0"/>
          <w:sz w:val="21"/>
          <w:highlight w:val="yellow"/>
        </w:rPr>
        <w:t>○○</w:t>
      </w:r>
      <w:r>
        <w:rPr>
          <w:rFonts w:ascii="游明朝" w:hAnsi="游明朝" w:eastAsia="游明朝"/>
          <w:b w:val="0"/>
          <w:sz w:val="21"/>
        </w:rPr>
        <w:t xml:space="preserve">（以下「甲」という。）と受贈者　</w:t>
      </w:r>
      <w:r>
        <w:rPr>
          <w:rFonts w:ascii="游明朝" w:hAnsi="游明朝" w:eastAsia="游明朝"/>
          <w:b w:val="0"/>
          <w:sz w:val="21"/>
          <w:highlight w:val="yellow"/>
        </w:rPr>
        <w:t>○○</w:t>
      </w:r>
      <w:r>
        <w:rPr>
          <w:rFonts w:ascii="游明朝" w:hAnsi="游明朝" w:eastAsia="游明朝"/>
          <w:b w:val="0"/>
          <w:sz w:val="21"/>
        </w:rPr>
        <w:t xml:space="preserve">　</w:t>
      </w:r>
      <w:r>
        <w:rPr>
          <w:rFonts w:ascii="游明朝" w:hAnsi="游明朝" w:eastAsia="游明朝"/>
          <w:b w:val="0"/>
          <w:sz w:val="21"/>
          <w:highlight w:val="yellow"/>
        </w:rPr>
        <w:t>○○</w:t>
      </w:r>
      <w:r>
        <w:rPr>
          <w:rFonts w:ascii="游明朝" w:hAnsi="游明朝" w:eastAsia="游明朝"/>
          <w:b w:val="0"/>
          <w:sz w:val="21"/>
        </w:rPr>
        <w:t>（以下「乙」という。）は、次のとおり贈与契約を締結する。</w:t>
      </w:r>
    </w:p>
    <w:p>
      <w:pPr>
        <w:spacing w:after="40"/>
      </w:pPr>
      <w:r>
        <w:rPr>
          <w:rFonts w:ascii="游明朝" w:hAnsi="游明朝" w:eastAsia="游明朝"/>
          <w:b/>
          <w:sz w:val="21"/>
        </w:rPr>
        <w:t>第1条（贈与の合意）</w:t>
      </w:r>
    </w:p>
    <w:p>
      <w:pPr>
        <w:spacing w:after="160"/>
      </w:pPr>
      <w:r>
        <w:rPr>
          <w:rFonts w:ascii="游明朝" w:hAnsi="游明朝" w:eastAsia="游明朝"/>
          <w:b w:val="0"/>
          <w:sz w:val="21"/>
        </w:rPr>
        <w:t>甲は、その所有する現金　金</w:t>
      </w:r>
      <w:r>
        <w:rPr>
          <w:rFonts w:ascii="游明朝" w:hAnsi="游明朝" w:eastAsia="游明朝"/>
          <w:b w:val="0"/>
          <w:sz w:val="21"/>
          <w:highlight w:val="yellow"/>
        </w:rPr>
        <w:t>○○○,○○○</w:t>
      </w:r>
      <w:r>
        <w:rPr>
          <w:rFonts w:ascii="游明朝" w:hAnsi="游明朝" w:eastAsia="游明朝"/>
          <w:b w:val="0"/>
          <w:sz w:val="21"/>
        </w:rPr>
        <w:t>円を乙に無償で贈与することを約し、乙はこれを受諾した。</w:t>
      </w:r>
    </w:p>
    <w:p>
      <w:pPr>
        <w:spacing w:after="40"/>
      </w:pPr>
      <w:r>
        <w:rPr>
          <w:rFonts w:ascii="游明朝" w:hAnsi="游明朝" w:eastAsia="游明朝"/>
          <w:b/>
          <w:sz w:val="21"/>
        </w:rPr>
        <w:t>第2条（履行の方法）</w:t>
      </w:r>
    </w:p>
    <w:p>
      <w:pPr>
        <w:spacing w:after="40"/>
      </w:pPr>
      <w:r>
        <w:rPr>
          <w:rFonts w:ascii="游明朝" w:hAnsi="游明朝" w:eastAsia="游明朝"/>
          <w:b w:val="0"/>
          <w:sz w:val="21"/>
        </w:rPr>
        <w:t>甲は、令和</w:t>
      </w:r>
      <w:r>
        <w:rPr>
          <w:rFonts w:ascii="游明朝" w:hAnsi="游明朝" w:eastAsia="游明朝"/>
          <w:b w:val="0"/>
          <w:sz w:val="21"/>
          <w:highlight w:val="yellow"/>
        </w:rPr>
        <w:t>○</w:t>
      </w:r>
      <w:r>
        <w:rPr>
          <w:rFonts w:ascii="游明朝" w:hAnsi="游明朝" w:eastAsia="游明朝"/>
          <w:b w:val="0"/>
          <w:sz w:val="21"/>
        </w:rPr>
        <w:t>年</w:t>
      </w:r>
      <w:r>
        <w:rPr>
          <w:rFonts w:ascii="游明朝" w:hAnsi="游明朝" w:eastAsia="游明朝"/>
          <w:b w:val="0"/>
          <w:sz w:val="21"/>
          <w:highlight w:val="yellow"/>
        </w:rPr>
        <w:t>○</w:t>
      </w:r>
      <w:r>
        <w:rPr>
          <w:rFonts w:ascii="游明朝" w:hAnsi="游明朝" w:eastAsia="游明朝"/>
          <w:b w:val="0"/>
          <w:sz w:val="21"/>
        </w:rPr>
        <w:t>月</w:t>
      </w:r>
      <w:r>
        <w:rPr>
          <w:rFonts w:ascii="游明朝" w:hAnsi="游明朝" w:eastAsia="游明朝"/>
          <w:b w:val="0"/>
          <w:sz w:val="21"/>
          <w:highlight w:val="yellow"/>
        </w:rPr>
        <w:t>○</w:t>
      </w:r>
      <w:r>
        <w:rPr>
          <w:rFonts w:ascii="游明朝" w:hAnsi="游明朝" w:eastAsia="游明朝"/>
          <w:b w:val="0"/>
          <w:sz w:val="21"/>
        </w:rPr>
        <w:t>日までに、前条の金員を、乙名義の下記口座に振り込む方法により支払う。</w:t>
      </w:r>
    </w:p>
    <w:p>
      <w:pPr>
        <w:spacing w:after="160"/>
      </w:pPr>
      <w:r>
        <w:rPr>
          <w:rFonts w:ascii="游明朝" w:hAnsi="游明朝" w:eastAsia="游明朝"/>
          <w:b w:val="0"/>
          <w:sz w:val="21"/>
        </w:rPr>
        <w:t xml:space="preserve">　金融機関名　</w:t>
      </w:r>
      <w:r>
        <w:rPr>
          <w:rFonts w:ascii="游明朝" w:hAnsi="游明朝" w:eastAsia="游明朝"/>
          <w:b w:val="0"/>
          <w:sz w:val="21"/>
          <w:highlight w:val="yellow"/>
        </w:rPr>
        <w:t>○○</w:t>
      </w:r>
      <w:r>
        <w:rPr>
          <w:rFonts w:ascii="游明朝" w:hAnsi="游明朝" w:eastAsia="游明朝"/>
          <w:b w:val="0"/>
          <w:sz w:val="21"/>
        </w:rPr>
        <w:t xml:space="preserve">銀行　</w:t>
      </w:r>
      <w:r>
        <w:rPr>
          <w:rFonts w:ascii="游明朝" w:hAnsi="游明朝" w:eastAsia="游明朝"/>
          <w:b w:val="0"/>
          <w:sz w:val="21"/>
          <w:highlight w:val="yellow"/>
        </w:rPr>
        <w:t>○○</w:t>
      </w:r>
      <w:r>
        <w:rPr>
          <w:rFonts w:ascii="游明朝" w:hAnsi="游明朝" w:eastAsia="游明朝"/>
          <w:b w:val="0"/>
          <w:sz w:val="21"/>
        </w:rPr>
        <w:t xml:space="preserve">支店　預金種別　普通　口座番号　</w:t>
      </w:r>
      <w:r>
        <w:rPr>
          <w:rFonts w:ascii="游明朝" w:hAnsi="游明朝" w:eastAsia="游明朝"/>
          <w:b w:val="0"/>
          <w:sz w:val="21"/>
          <w:highlight w:val="yellow"/>
        </w:rPr>
        <w:t>○○○○○○○</w:t>
      </w:r>
      <w:r>
        <w:rPr>
          <w:rFonts w:ascii="游明朝" w:hAnsi="游明朝" w:eastAsia="游明朝"/>
          <w:b w:val="0"/>
          <w:sz w:val="21"/>
        </w:rPr>
        <w:t xml:space="preserve">　口座名義　</w:t>
      </w:r>
      <w:r>
        <w:rPr>
          <w:rFonts w:ascii="游明朝" w:hAnsi="游明朝" w:eastAsia="游明朝"/>
          <w:b w:val="0"/>
          <w:sz w:val="21"/>
          <w:highlight w:val="yellow"/>
        </w:rPr>
        <w:t>○○</w:t>
      </w:r>
      <w:r>
        <w:rPr>
          <w:rFonts w:ascii="游明朝" w:hAnsi="游明朝" w:eastAsia="游明朝"/>
          <w:b w:val="0"/>
          <w:sz w:val="21"/>
        </w:rPr>
        <w:t xml:space="preserve">　</w:t>
      </w:r>
      <w:r>
        <w:rPr>
          <w:rFonts w:ascii="游明朝" w:hAnsi="游明朝" w:eastAsia="游明朝"/>
          <w:b w:val="0"/>
          <w:sz w:val="21"/>
          <w:highlight w:val="yellow"/>
        </w:rPr>
        <w:t>○○</w:t>
      </w:r>
      <w:r>
        <w:rPr>
          <w:rFonts w:ascii="游明朝" w:hAnsi="游明朝" w:eastAsia="游明朝"/>
          <w:b w:val="0"/>
          <w:sz w:val="21"/>
        </w:rPr>
        <w:t>（乙）</w:t>
      </w:r>
    </w:p>
    <w:p>
      <w:pPr>
        <w:spacing w:after="40"/>
      </w:pPr>
      <w:r>
        <w:rPr>
          <w:rFonts w:ascii="游明朝" w:hAnsi="游明朝" w:eastAsia="游明朝"/>
          <w:b/>
          <w:sz w:val="21"/>
        </w:rPr>
        <w:t>第3条（口座の管理）</w:t>
      </w:r>
    </w:p>
    <w:p>
      <w:pPr>
        <w:spacing w:after="160"/>
      </w:pPr>
      <w:r>
        <w:rPr>
          <w:rFonts w:ascii="游明朝" w:hAnsi="游明朝" w:eastAsia="游明朝"/>
          <w:b w:val="0"/>
          <w:sz w:val="21"/>
        </w:rPr>
        <w:t>乙は、前条の口座の通帳、キャッシュカード及び届出印を自ら保管し、自己の判断で管理、使用する。甲は、当該口座の管理に関与しない。</w:t>
      </w:r>
    </w:p>
    <w:p>
      <w:pPr>
        <w:spacing w:after="40"/>
      </w:pPr>
      <w:r>
        <w:rPr>
          <w:rFonts w:ascii="游明朝" w:hAnsi="游明朝" w:eastAsia="游明朝"/>
          <w:b/>
          <w:sz w:val="21"/>
        </w:rPr>
        <w:t>第4条（負担）</w:t>
      </w:r>
    </w:p>
    <w:p>
      <w:pPr>
        <w:spacing w:after="160"/>
      </w:pPr>
      <w:r>
        <w:rPr>
          <w:rFonts w:ascii="游明朝" w:hAnsi="游明朝" w:eastAsia="游明朝"/>
          <w:b w:val="0"/>
          <w:sz w:val="21"/>
        </w:rPr>
        <w:t>本贈与は、乙に何らの負担も課さないものとする。</w:t>
      </w:r>
    </w:p>
    <w:p>
      <w:pPr>
        <w:spacing w:after="40"/>
      </w:pPr>
      <w:r>
        <w:rPr>
          <w:rFonts w:ascii="游明朝" w:hAnsi="游明朝" w:eastAsia="游明朝"/>
          <w:b/>
          <w:sz w:val="21"/>
        </w:rPr>
        <w:t>第5条（協議）</w:t>
      </w:r>
    </w:p>
    <w:p>
      <w:pPr>
        <w:spacing w:after="200"/>
      </w:pPr>
      <w:r>
        <w:rPr>
          <w:rFonts w:ascii="游明朝" w:hAnsi="游明朝" w:eastAsia="游明朝"/>
          <w:b w:val="0"/>
          <w:sz w:val="21"/>
        </w:rPr>
        <w:t>本契約に定めのない事項は、民法その他の法令に従い、甲乙誠実に協議して定める。</w:t>
      </w:r>
    </w:p>
    <w:p>
      <w:pPr>
        <w:spacing w:after="200"/>
      </w:pPr>
      <w:r>
        <w:rPr>
          <w:rFonts w:ascii="游明朝" w:hAnsi="游明朝" w:eastAsia="游明朝"/>
          <w:b w:val="0"/>
          <w:sz w:val="21"/>
        </w:rPr>
        <w:t>本契約の成立を証するため、本書2通を作成し、甲乙が署名押印のうえ、各自1通を保管する。</w:t>
      </w:r>
    </w:p>
    <w:p>
      <w:pPr>
        <w:spacing w:after="200"/>
      </w:pPr>
      <w:r>
        <w:rPr>
          <w:rFonts w:ascii="游明朝" w:hAnsi="游明朝" w:eastAsia="游明朝"/>
          <w:b w:val="0"/>
          <w:sz w:val="21"/>
        </w:rPr>
        <w:t>令和</w:t>
      </w:r>
      <w:r>
        <w:rPr>
          <w:rFonts w:ascii="游明朝" w:hAnsi="游明朝" w:eastAsia="游明朝"/>
          <w:b w:val="0"/>
          <w:sz w:val="21"/>
          <w:highlight w:val="yellow"/>
        </w:rPr>
        <w:t>○</w:t>
      </w:r>
      <w:r>
        <w:rPr>
          <w:rFonts w:ascii="游明朝" w:hAnsi="游明朝" w:eastAsia="游明朝"/>
          <w:b w:val="0"/>
          <w:sz w:val="21"/>
        </w:rPr>
        <w:t>年</w:t>
      </w:r>
      <w:r>
        <w:rPr>
          <w:rFonts w:ascii="游明朝" w:hAnsi="游明朝" w:eastAsia="游明朝"/>
          <w:b w:val="0"/>
          <w:sz w:val="21"/>
          <w:highlight w:val="yellow"/>
        </w:rPr>
        <w:t>○</w:t>
      </w:r>
      <w:r>
        <w:rPr>
          <w:rFonts w:ascii="游明朝" w:hAnsi="游明朝" w:eastAsia="游明朝"/>
          <w:b w:val="0"/>
          <w:sz w:val="21"/>
        </w:rPr>
        <w:t>月</w:t>
      </w:r>
      <w:r>
        <w:rPr>
          <w:rFonts w:ascii="游明朝" w:hAnsi="游明朝" w:eastAsia="游明朝"/>
          <w:b w:val="0"/>
          <w:sz w:val="21"/>
          <w:highlight w:val="yellow"/>
        </w:rPr>
        <w:t>○</w:t>
      </w:r>
      <w:r>
        <w:rPr>
          <w:rFonts w:ascii="游明朝" w:hAnsi="游明朝" w:eastAsia="游明朝"/>
          <w:b w:val="0"/>
          <w:sz w:val="21"/>
        </w:rPr>
        <w:t>日</w:t>
      </w:r>
    </w:p>
    <w:p>
      <w:pPr>
        <w:spacing w:after="40"/>
      </w:pPr>
      <w:r>
        <w:rPr>
          <w:rFonts w:ascii="游明朝" w:hAnsi="游明朝" w:eastAsia="游明朝"/>
          <w:b w:val="0"/>
          <w:sz w:val="21"/>
        </w:rPr>
        <w:t xml:space="preserve">（贈与者）甲　住所　</w:t>
      </w:r>
      <w:r>
        <w:rPr>
          <w:rFonts w:ascii="游明朝" w:hAnsi="游明朝" w:eastAsia="游明朝"/>
          <w:b w:val="0"/>
          <w:sz w:val="21"/>
          <w:highlight w:val="yellow"/>
        </w:rPr>
        <w:t>○○</w:t>
      </w:r>
      <w:r>
        <w:rPr>
          <w:rFonts w:ascii="游明朝" w:hAnsi="游明朝" w:eastAsia="游明朝"/>
          <w:b w:val="0"/>
          <w:sz w:val="21"/>
        </w:rPr>
        <w:t>県</w:t>
      </w:r>
      <w:r>
        <w:rPr>
          <w:rFonts w:ascii="游明朝" w:hAnsi="游明朝" w:eastAsia="游明朝"/>
          <w:b w:val="0"/>
          <w:sz w:val="21"/>
          <w:highlight w:val="yellow"/>
        </w:rPr>
        <w:t>○○</w:t>
      </w:r>
      <w:r>
        <w:rPr>
          <w:rFonts w:ascii="游明朝" w:hAnsi="游明朝" w:eastAsia="游明朝"/>
          <w:b w:val="0"/>
          <w:sz w:val="21"/>
        </w:rPr>
        <w:t>市</w:t>
      </w:r>
      <w:r>
        <w:rPr>
          <w:rFonts w:ascii="游明朝" w:hAnsi="游明朝" w:eastAsia="游明朝"/>
          <w:b w:val="0"/>
          <w:sz w:val="21"/>
          <w:highlight w:val="yellow"/>
        </w:rPr>
        <w:t>○○</w:t>
      </w:r>
      <w:r>
        <w:rPr>
          <w:rFonts w:ascii="游明朝" w:hAnsi="游明朝" w:eastAsia="游明朝"/>
          <w:b w:val="0"/>
          <w:sz w:val="21"/>
        </w:rPr>
        <w:t>町</w:t>
      </w:r>
      <w:r>
        <w:rPr>
          <w:rFonts w:ascii="游明朝" w:hAnsi="游明朝" w:eastAsia="游明朝"/>
          <w:b w:val="0"/>
          <w:sz w:val="21"/>
          <w:highlight w:val="yellow"/>
        </w:rPr>
        <w:t>○</w:t>
      </w:r>
      <w:r>
        <w:rPr>
          <w:rFonts w:ascii="游明朝" w:hAnsi="游明朝" w:eastAsia="游明朝"/>
          <w:b w:val="0"/>
          <w:sz w:val="21"/>
        </w:rPr>
        <w:t>丁目</w:t>
      </w:r>
      <w:r>
        <w:rPr>
          <w:rFonts w:ascii="游明朝" w:hAnsi="游明朝" w:eastAsia="游明朝"/>
          <w:b w:val="0"/>
          <w:sz w:val="21"/>
          <w:highlight w:val="yellow"/>
        </w:rPr>
        <w:t>○</w:t>
      </w:r>
      <w:r>
        <w:rPr>
          <w:rFonts w:ascii="游明朝" w:hAnsi="游明朝" w:eastAsia="游明朝"/>
          <w:b w:val="0"/>
          <w:sz w:val="21"/>
        </w:rPr>
        <w:t>番</w:t>
      </w:r>
      <w:r>
        <w:rPr>
          <w:rFonts w:ascii="游明朝" w:hAnsi="游明朝" w:eastAsia="游明朝"/>
          <w:b w:val="0"/>
          <w:sz w:val="21"/>
          <w:highlight w:val="yellow"/>
        </w:rPr>
        <w:t>○</w:t>
      </w:r>
      <w:r>
        <w:rPr>
          <w:rFonts w:ascii="游明朝" w:hAnsi="游明朝" w:eastAsia="游明朝"/>
          <w:b w:val="0"/>
          <w:sz w:val="21"/>
        </w:rPr>
        <w:t>号</w:t>
      </w:r>
    </w:p>
    <w:p>
      <w:pPr>
        <w:spacing w:after="200"/>
      </w:pPr>
      <w:r>
        <w:rPr>
          <w:rFonts w:ascii="游明朝" w:hAnsi="游明朝" w:eastAsia="游明朝"/>
          <w:b w:val="0"/>
          <w:sz w:val="21"/>
        </w:rPr>
        <w:t xml:space="preserve">　　　　氏名　</w:t>
      </w:r>
      <w:r>
        <w:rPr>
          <w:rFonts w:ascii="游明朝" w:hAnsi="游明朝" w:eastAsia="游明朝"/>
          <w:b w:val="0"/>
          <w:sz w:val="21"/>
          <w:highlight w:val="yellow"/>
        </w:rPr>
        <w:t>○○</w:t>
      </w:r>
      <w:r>
        <w:rPr>
          <w:rFonts w:ascii="游明朝" w:hAnsi="游明朝" w:eastAsia="游明朝"/>
          <w:b w:val="0"/>
          <w:sz w:val="21"/>
        </w:rPr>
        <w:t xml:space="preserve">　</w:t>
      </w:r>
      <w:r>
        <w:rPr>
          <w:rFonts w:ascii="游明朝" w:hAnsi="游明朝" w:eastAsia="游明朝"/>
          <w:b w:val="0"/>
          <w:sz w:val="21"/>
          <w:highlight w:val="yellow"/>
        </w:rPr>
        <w:t>○○</w:t>
      </w:r>
      <w:r>
        <w:rPr>
          <w:rFonts w:ascii="游明朝" w:hAnsi="游明朝" w:eastAsia="游明朝"/>
          <w:b w:val="0"/>
          <w:sz w:val="21"/>
        </w:rPr>
        <w:t xml:space="preserve">　　　　　　　　　　印（自署・押印）</w:t>
      </w:r>
    </w:p>
    <w:p>
      <w:pPr>
        <w:spacing w:after="40"/>
      </w:pPr>
      <w:r>
        <w:rPr>
          <w:rFonts w:ascii="游明朝" w:hAnsi="游明朝" w:eastAsia="游明朝"/>
          <w:b w:val="0"/>
          <w:sz w:val="21"/>
        </w:rPr>
        <w:t xml:space="preserve">（受贈者）乙　住所　</w:t>
      </w:r>
      <w:r>
        <w:rPr>
          <w:rFonts w:ascii="游明朝" w:hAnsi="游明朝" w:eastAsia="游明朝"/>
          <w:b w:val="0"/>
          <w:sz w:val="21"/>
          <w:highlight w:val="yellow"/>
        </w:rPr>
        <w:t>○○</w:t>
      </w:r>
      <w:r>
        <w:rPr>
          <w:rFonts w:ascii="游明朝" w:hAnsi="游明朝" w:eastAsia="游明朝"/>
          <w:b w:val="0"/>
          <w:sz w:val="21"/>
        </w:rPr>
        <w:t>県</w:t>
      </w:r>
      <w:r>
        <w:rPr>
          <w:rFonts w:ascii="游明朝" w:hAnsi="游明朝" w:eastAsia="游明朝"/>
          <w:b w:val="0"/>
          <w:sz w:val="21"/>
          <w:highlight w:val="yellow"/>
        </w:rPr>
        <w:t>○○</w:t>
      </w:r>
      <w:r>
        <w:rPr>
          <w:rFonts w:ascii="游明朝" w:hAnsi="游明朝" w:eastAsia="游明朝"/>
          <w:b w:val="0"/>
          <w:sz w:val="21"/>
        </w:rPr>
        <w:t>市</w:t>
      </w:r>
      <w:r>
        <w:rPr>
          <w:rFonts w:ascii="游明朝" w:hAnsi="游明朝" w:eastAsia="游明朝"/>
          <w:b w:val="0"/>
          <w:sz w:val="21"/>
          <w:highlight w:val="yellow"/>
        </w:rPr>
        <w:t>○○</w:t>
      </w:r>
      <w:r>
        <w:rPr>
          <w:rFonts w:ascii="游明朝" w:hAnsi="游明朝" w:eastAsia="游明朝"/>
          <w:b w:val="0"/>
          <w:sz w:val="21"/>
        </w:rPr>
        <w:t>町</w:t>
      </w:r>
      <w:r>
        <w:rPr>
          <w:rFonts w:ascii="游明朝" w:hAnsi="游明朝" w:eastAsia="游明朝"/>
          <w:b w:val="0"/>
          <w:sz w:val="21"/>
          <w:highlight w:val="yellow"/>
        </w:rPr>
        <w:t>○</w:t>
      </w:r>
      <w:r>
        <w:rPr>
          <w:rFonts w:ascii="游明朝" w:hAnsi="游明朝" w:eastAsia="游明朝"/>
          <w:b w:val="0"/>
          <w:sz w:val="21"/>
        </w:rPr>
        <w:t>丁目</w:t>
      </w:r>
      <w:r>
        <w:rPr>
          <w:rFonts w:ascii="游明朝" w:hAnsi="游明朝" w:eastAsia="游明朝"/>
          <w:b w:val="0"/>
          <w:sz w:val="21"/>
          <w:highlight w:val="yellow"/>
        </w:rPr>
        <w:t>○</w:t>
      </w:r>
      <w:r>
        <w:rPr>
          <w:rFonts w:ascii="游明朝" w:hAnsi="游明朝" w:eastAsia="游明朝"/>
          <w:b w:val="0"/>
          <w:sz w:val="21"/>
        </w:rPr>
        <w:t>番</w:t>
      </w:r>
      <w:r>
        <w:rPr>
          <w:rFonts w:ascii="游明朝" w:hAnsi="游明朝" w:eastAsia="游明朝"/>
          <w:b w:val="0"/>
          <w:sz w:val="21"/>
          <w:highlight w:val="yellow"/>
        </w:rPr>
        <w:t>○</w:t>
      </w:r>
      <w:r>
        <w:rPr>
          <w:rFonts w:ascii="游明朝" w:hAnsi="游明朝" w:eastAsia="游明朝"/>
          <w:b w:val="0"/>
          <w:sz w:val="21"/>
        </w:rPr>
        <w:t>号</w:t>
      </w:r>
    </w:p>
    <w:p>
      <w:pPr>
        <w:spacing w:after="200"/>
      </w:pPr>
      <w:r>
        <w:rPr>
          <w:rFonts w:ascii="游明朝" w:hAnsi="游明朝" w:eastAsia="游明朝"/>
          <w:b w:val="0"/>
          <w:sz w:val="21"/>
        </w:rPr>
        <w:t xml:space="preserve">　　　　氏名　</w:t>
      </w:r>
      <w:r>
        <w:rPr>
          <w:rFonts w:ascii="游明朝" w:hAnsi="游明朝" w:eastAsia="游明朝"/>
          <w:b w:val="0"/>
          <w:sz w:val="21"/>
          <w:highlight w:val="yellow"/>
        </w:rPr>
        <w:t>○○</w:t>
      </w:r>
      <w:r>
        <w:rPr>
          <w:rFonts w:ascii="游明朝" w:hAnsi="游明朝" w:eastAsia="游明朝"/>
          <w:b w:val="0"/>
          <w:sz w:val="21"/>
        </w:rPr>
        <w:t xml:space="preserve">　</w:t>
      </w:r>
      <w:r>
        <w:rPr>
          <w:rFonts w:ascii="游明朝" w:hAnsi="游明朝" w:eastAsia="游明朝"/>
          <w:b w:val="0"/>
          <w:sz w:val="21"/>
          <w:highlight w:val="yellow"/>
        </w:rPr>
        <w:t>○○</w:t>
      </w:r>
      <w:r>
        <w:rPr>
          <w:rFonts w:ascii="游明朝" w:hAnsi="游明朝" w:eastAsia="游明朝"/>
          <w:b w:val="0"/>
          <w:sz w:val="21"/>
        </w:rPr>
        <w:t xml:space="preserve">　　　　　　　　　　印（自署・押印）</w:t>
      </w:r>
    </w:p>
    <w:p>
      <w:pPr>
        <w:spacing w:after="80"/>
      </w:pPr>
      <w:r>
        <w:rPr>
          <w:rFonts w:ascii="游明朝" w:hAnsi="游明朝" w:eastAsia="游明朝"/>
          <w:b w:val="0"/>
          <w:sz w:val="18"/>
        </w:rPr>
        <w:t>【記入のポイント】日付は贈与を約束した日です。書面による贈与では、財産の取得の時期は原則として契約の効力が発生した時とされています（国税庁タックスアンサー No.4402 Q2）。年内に贈与するなら、契約日も振込日も12月31日までにそろえます。口座は受贈者本人が開設したものを使い、通帳と印鑑は受贈者が持ちます。</w:t>
      </w:r>
    </w:p>
    <w:p>
      <w:r>
        <w:br w:type="page"/>
      </w:r>
    </w:p>
    <w:p>
      <w:pPr>
        <w:spacing w:after="200"/>
      </w:pPr>
      <w:r>
        <w:rPr>
          <w:rFonts w:ascii="游明朝" w:hAnsi="游明朝" w:eastAsia="游明朝"/>
          <w:b/>
          <w:sz w:val="24"/>
        </w:rPr>
        <w:t>② 毎年贈与（年ごとに作る契約書）</w:t>
      </w:r>
    </w:p>
    <w:p>
      <w:pPr>
        <w:spacing w:after="280"/>
        <w:jc w:val="center"/>
      </w:pPr>
      <w:r>
        <w:rPr>
          <w:rFonts w:ascii="游明朝" w:hAnsi="游明朝" w:eastAsia="游明朝"/>
          <w:b/>
          <w:sz w:val="32"/>
        </w:rPr>
        <w:t>令和○年分　贈　与　契　約　書</w:t>
      </w:r>
    </w:p>
    <w:p>
      <w:pPr>
        <w:spacing w:after="200"/>
      </w:pPr>
      <w:r>
        <w:rPr>
          <w:rFonts w:ascii="游明朝" w:hAnsi="游明朝" w:eastAsia="游明朝"/>
          <w:b w:val="0"/>
          <w:sz w:val="21"/>
        </w:rPr>
        <w:t xml:space="preserve">贈与者　</w:t>
      </w:r>
      <w:r>
        <w:rPr>
          <w:rFonts w:ascii="游明朝" w:hAnsi="游明朝" w:eastAsia="游明朝"/>
          <w:b w:val="0"/>
          <w:sz w:val="21"/>
          <w:highlight w:val="yellow"/>
        </w:rPr>
        <w:t>○○</w:t>
      </w:r>
      <w:r>
        <w:rPr>
          <w:rFonts w:ascii="游明朝" w:hAnsi="游明朝" w:eastAsia="游明朝"/>
          <w:b w:val="0"/>
          <w:sz w:val="21"/>
        </w:rPr>
        <w:t xml:space="preserve">　</w:t>
      </w:r>
      <w:r>
        <w:rPr>
          <w:rFonts w:ascii="游明朝" w:hAnsi="游明朝" w:eastAsia="游明朝"/>
          <w:b w:val="0"/>
          <w:sz w:val="21"/>
          <w:highlight w:val="yellow"/>
        </w:rPr>
        <w:t>○○</w:t>
      </w:r>
      <w:r>
        <w:rPr>
          <w:rFonts w:ascii="游明朝" w:hAnsi="游明朝" w:eastAsia="游明朝"/>
          <w:b w:val="0"/>
          <w:sz w:val="21"/>
        </w:rPr>
        <w:t xml:space="preserve">（以下「甲」という。）と受贈者　</w:t>
      </w:r>
      <w:r>
        <w:rPr>
          <w:rFonts w:ascii="游明朝" w:hAnsi="游明朝" w:eastAsia="游明朝"/>
          <w:b w:val="0"/>
          <w:sz w:val="21"/>
          <w:highlight w:val="yellow"/>
        </w:rPr>
        <w:t>○○</w:t>
      </w:r>
      <w:r>
        <w:rPr>
          <w:rFonts w:ascii="游明朝" w:hAnsi="游明朝" w:eastAsia="游明朝"/>
          <w:b w:val="0"/>
          <w:sz w:val="21"/>
        </w:rPr>
        <w:t xml:space="preserve">　</w:t>
      </w:r>
      <w:r>
        <w:rPr>
          <w:rFonts w:ascii="游明朝" w:hAnsi="游明朝" w:eastAsia="游明朝"/>
          <w:b w:val="0"/>
          <w:sz w:val="21"/>
          <w:highlight w:val="yellow"/>
        </w:rPr>
        <w:t>○○</w:t>
      </w:r>
      <w:r>
        <w:rPr>
          <w:rFonts w:ascii="游明朝" w:hAnsi="游明朝" w:eastAsia="游明朝"/>
          <w:b w:val="0"/>
          <w:sz w:val="21"/>
        </w:rPr>
        <w:t>（以下「乙」という。）は、令和</w:t>
      </w:r>
      <w:r>
        <w:rPr>
          <w:rFonts w:ascii="游明朝" w:hAnsi="游明朝" w:eastAsia="游明朝"/>
          <w:b w:val="0"/>
          <w:sz w:val="21"/>
          <w:highlight w:val="yellow"/>
        </w:rPr>
        <w:t>○</w:t>
      </w:r>
      <w:r>
        <w:rPr>
          <w:rFonts w:ascii="游明朝" w:hAnsi="游明朝" w:eastAsia="游明朝"/>
          <w:b w:val="0"/>
          <w:sz w:val="21"/>
        </w:rPr>
        <w:t>年分の贈与について、次のとおり契約を締結する。</w:t>
      </w:r>
    </w:p>
    <w:p>
      <w:pPr>
        <w:spacing w:after="40"/>
      </w:pPr>
      <w:r>
        <w:rPr>
          <w:rFonts w:ascii="游明朝" w:hAnsi="游明朝" w:eastAsia="游明朝"/>
          <w:b/>
          <w:sz w:val="21"/>
        </w:rPr>
        <w:t>第1条（贈与の合意）</w:t>
      </w:r>
    </w:p>
    <w:p>
      <w:pPr>
        <w:spacing w:after="160"/>
      </w:pPr>
      <w:r>
        <w:rPr>
          <w:rFonts w:ascii="游明朝" w:hAnsi="游明朝" w:eastAsia="游明朝"/>
          <w:b w:val="0"/>
          <w:sz w:val="21"/>
        </w:rPr>
        <w:t>甲は、令和</w:t>
      </w:r>
      <w:r>
        <w:rPr>
          <w:rFonts w:ascii="游明朝" w:hAnsi="游明朝" w:eastAsia="游明朝"/>
          <w:b w:val="0"/>
          <w:sz w:val="21"/>
          <w:highlight w:val="yellow"/>
        </w:rPr>
        <w:t>○</w:t>
      </w:r>
      <w:r>
        <w:rPr>
          <w:rFonts w:ascii="游明朝" w:hAnsi="游明朝" w:eastAsia="游明朝"/>
          <w:b w:val="0"/>
          <w:sz w:val="21"/>
        </w:rPr>
        <w:t>年中に、その所有する現金　金</w:t>
      </w:r>
      <w:r>
        <w:rPr>
          <w:rFonts w:ascii="游明朝" w:hAnsi="游明朝" w:eastAsia="游明朝"/>
          <w:b w:val="0"/>
          <w:sz w:val="21"/>
          <w:highlight w:val="yellow"/>
        </w:rPr>
        <w:t>○○○,○○○</w:t>
      </w:r>
      <w:r>
        <w:rPr>
          <w:rFonts w:ascii="游明朝" w:hAnsi="游明朝" w:eastAsia="游明朝"/>
          <w:b w:val="0"/>
          <w:sz w:val="21"/>
        </w:rPr>
        <w:t>円を乙に無償で贈与することを約し、乙はこれを受諾した。</w:t>
      </w:r>
    </w:p>
    <w:p>
      <w:pPr>
        <w:spacing w:after="40"/>
      </w:pPr>
      <w:r>
        <w:rPr>
          <w:rFonts w:ascii="游明朝" w:hAnsi="游明朝" w:eastAsia="游明朝"/>
          <w:b/>
          <w:sz w:val="21"/>
        </w:rPr>
        <w:t>第2条（履行の方法）</w:t>
      </w:r>
    </w:p>
    <w:p>
      <w:pPr>
        <w:spacing w:after="40"/>
      </w:pPr>
      <w:r>
        <w:rPr>
          <w:rFonts w:ascii="游明朝" w:hAnsi="游明朝" w:eastAsia="游明朝"/>
          <w:b w:val="0"/>
          <w:sz w:val="21"/>
        </w:rPr>
        <w:t>甲は、令和</w:t>
      </w:r>
      <w:r>
        <w:rPr>
          <w:rFonts w:ascii="游明朝" w:hAnsi="游明朝" w:eastAsia="游明朝"/>
          <w:b w:val="0"/>
          <w:sz w:val="21"/>
          <w:highlight w:val="yellow"/>
        </w:rPr>
        <w:t>○</w:t>
      </w:r>
      <w:r>
        <w:rPr>
          <w:rFonts w:ascii="游明朝" w:hAnsi="游明朝" w:eastAsia="游明朝"/>
          <w:b w:val="0"/>
          <w:sz w:val="21"/>
        </w:rPr>
        <w:t>年</w:t>
      </w:r>
      <w:r>
        <w:rPr>
          <w:rFonts w:ascii="游明朝" w:hAnsi="游明朝" w:eastAsia="游明朝"/>
          <w:b w:val="0"/>
          <w:sz w:val="21"/>
          <w:highlight w:val="yellow"/>
        </w:rPr>
        <w:t>○</w:t>
      </w:r>
      <w:r>
        <w:rPr>
          <w:rFonts w:ascii="游明朝" w:hAnsi="游明朝" w:eastAsia="游明朝"/>
          <w:b w:val="0"/>
          <w:sz w:val="21"/>
        </w:rPr>
        <w:t>月</w:t>
      </w:r>
      <w:r>
        <w:rPr>
          <w:rFonts w:ascii="游明朝" w:hAnsi="游明朝" w:eastAsia="游明朝"/>
          <w:b w:val="0"/>
          <w:sz w:val="21"/>
          <w:highlight w:val="yellow"/>
        </w:rPr>
        <w:t>○</w:t>
      </w:r>
      <w:r>
        <w:rPr>
          <w:rFonts w:ascii="游明朝" w:hAnsi="游明朝" w:eastAsia="游明朝"/>
          <w:b w:val="0"/>
          <w:sz w:val="21"/>
        </w:rPr>
        <w:t>日までに、前条の金員を乙名義の下記口座に振り込む方法により支払う。</w:t>
      </w:r>
    </w:p>
    <w:p>
      <w:pPr>
        <w:spacing w:after="160"/>
      </w:pPr>
      <w:r>
        <w:rPr>
          <w:rFonts w:ascii="游明朝" w:hAnsi="游明朝" w:eastAsia="游明朝"/>
          <w:b w:val="0"/>
          <w:sz w:val="21"/>
        </w:rPr>
        <w:t xml:space="preserve">　金融機関名　</w:t>
      </w:r>
      <w:r>
        <w:rPr>
          <w:rFonts w:ascii="游明朝" w:hAnsi="游明朝" w:eastAsia="游明朝"/>
          <w:b w:val="0"/>
          <w:sz w:val="21"/>
          <w:highlight w:val="yellow"/>
        </w:rPr>
        <w:t>○○</w:t>
      </w:r>
      <w:r>
        <w:rPr>
          <w:rFonts w:ascii="游明朝" w:hAnsi="游明朝" w:eastAsia="游明朝"/>
          <w:b w:val="0"/>
          <w:sz w:val="21"/>
        </w:rPr>
        <w:t xml:space="preserve">銀行　</w:t>
      </w:r>
      <w:r>
        <w:rPr>
          <w:rFonts w:ascii="游明朝" w:hAnsi="游明朝" w:eastAsia="游明朝"/>
          <w:b w:val="0"/>
          <w:sz w:val="21"/>
          <w:highlight w:val="yellow"/>
        </w:rPr>
        <w:t>○○</w:t>
      </w:r>
      <w:r>
        <w:rPr>
          <w:rFonts w:ascii="游明朝" w:hAnsi="游明朝" w:eastAsia="游明朝"/>
          <w:b w:val="0"/>
          <w:sz w:val="21"/>
        </w:rPr>
        <w:t xml:space="preserve">支店　預金種別　普通　口座番号　</w:t>
      </w:r>
      <w:r>
        <w:rPr>
          <w:rFonts w:ascii="游明朝" w:hAnsi="游明朝" w:eastAsia="游明朝"/>
          <w:b w:val="0"/>
          <w:sz w:val="21"/>
          <w:highlight w:val="yellow"/>
        </w:rPr>
        <w:t>○○○○○○○</w:t>
      </w:r>
      <w:r>
        <w:rPr>
          <w:rFonts w:ascii="游明朝" w:hAnsi="游明朝" w:eastAsia="游明朝"/>
          <w:b w:val="0"/>
          <w:sz w:val="21"/>
        </w:rPr>
        <w:t xml:space="preserve">　口座名義　</w:t>
      </w:r>
      <w:r>
        <w:rPr>
          <w:rFonts w:ascii="游明朝" w:hAnsi="游明朝" w:eastAsia="游明朝"/>
          <w:b w:val="0"/>
          <w:sz w:val="21"/>
          <w:highlight w:val="yellow"/>
        </w:rPr>
        <w:t>○○</w:t>
      </w:r>
      <w:r>
        <w:rPr>
          <w:rFonts w:ascii="游明朝" w:hAnsi="游明朝" w:eastAsia="游明朝"/>
          <w:b w:val="0"/>
          <w:sz w:val="21"/>
        </w:rPr>
        <w:t xml:space="preserve">　</w:t>
      </w:r>
      <w:r>
        <w:rPr>
          <w:rFonts w:ascii="游明朝" w:hAnsi="游明朝" w:eastAsia="游明朝"/>
          <w:b w:val="0"/>
          <w:sz w:val="21"/>
          <w:highlight w:val="yellow"/>
        </w:rPr>
        <w:t>○○</w:t>
      </w:r>
      <w:r>
        <w:rPr>
          <w:rFonts w:ascii="游明朝" w:hAnsi="游明朝" w:eastAsia="游明朝"/>
          <w:b w:val="0"/>
          <w:sz w:val="21"/>
        </w:rPr>
        <w:t>（乙）</w:t>
      </w:r>
    </w:p>
    <w:p>
      <w:pPr>
        <w:spacing w:after="40"/>
      </w:pPr>
      <w:r>
        <w:rPr>
          <w:rFonts w:ascii="游明朝" w:hAnsi="游明朝" w:eastAsia="游明朝"/>
          <w:b/>
          <w:sz w:val="21"/>
        </w:rPr>
        <w:t>第3条（口座の管理）</w:t>
      </w:r>
    </w:p>
    <w:p>
      <w:pPr>
        <w:spacing w:after="160"/>
      </w:pPr>
      <w:r>
        <w:rPr>
          <w:rFonts w:ascii="游明朝" w:hAnsi="游明朝" w:eastAsia="游明朝"/>
          <w:b w:val="0"/>
          <w:sz w:val="21"/>
        </w:rPr>
        <w:t>乙は、前条の口座の通帳、キャッシュカード及び届出印を自ら保管し、自己の判断で管理、使用する。甲は、当該口座の管理に関与しない。</w:t>
      </w:r>
    </w:p>
    <w:p>
      <w:pPr>
        <w:spacing w:after="40"/>
      </w:pPr>
      <w:r>
        <w:rPr>
          <w:rFonts w:ascii="游明朝" w:hAnsi="游明朝" w:eastAsia="游明朝"/>
          <w:b/>
          <w:sz w:val="21"/>
        </w:rPr>
        <w:t>第4条（本契約の範囲）</w:t>
      </w:r>
    </w:p>
    <w:p>
      <w:pPr>
        <w:spacing w:after="160"/>
      </w:pPr>
      <w:r>
        <w:rPr>
          <w:rFonts w:ascii="游明朝" w:hAnsi="游明朝" w:eastAsia="游明朝"/>
          <w:b w:val="0"/>
          <w:sz w:val="21"/>
        </w:rPr>
        <w:t>本契約は、令和</w:t>
      </w:r>
      <w:r>
        <w:rPr>
          <w:rFonts w:ascii="游明朝" w:hAnsi="游明朝" w:eastAsia="游明朝"/>
          <w:b w:val="0"/>
          <w:sz w:val="21"/>
          <w:highlight w:val="yellow"/>
        </w:rPr>
        <w:t>○</w:t>
      </w:r>
      <w:r>
        <w:rPr>
          <w:rFonts w:ascii="游明朝" w:hAnsi="游明朝" w:eastAsia="游明朝"/>
          <w:b w:val="0"/>
          <w:sz w:val="21"/>
        </w:rPr>
        <w:t>年分の贈与のみを対象とする。甲及び乙は、翌年以降の贈与について、何らの約束もしていない。翌年以降に贈与を行う場合は、その都度、改めて契約書を作成する。</w:t>
      </w:r>
    </w:p>
    <w:p>
      <w:pPr>
        <w:spacing w:after="40"/>
      </w:pPr>
      <w:r>
        <w:rPr>
          <w:rFonts w:ascii="游明朝" w:hAnsi="游明朝" w:eastAsia="游明朝"/>
          <w:b/>
          <w:sz w:val="21"/>
        </w:rPr>
        <w:t>第5条（協議）</w:t>
      </w:r>
    </w:p>
    <w:p>
      <w:pPr>
        <w:spacing w:after="200"/>
      </w:pPr>
      <w:r>
        <w:rPr>
          <w:rFonts w:ascii="游明朝" w:hAnsi="游明朝" w:eastAsia="游明朝"/>
          <w:b w:val="0"/>
          <w:sz w:val="21"/>
        </w:rPr>
        <w:t>本契約に定めのない事項は、民法その他の法令に従い、甲乙誠実に協議して定める。</w:t>
      </w:r>
    </w:p>
    <w:p>
      <w:pPr>
        <w:spacing w:after="200"/>
      </w:pPr>
      <w:r>
        <w:rPr>
          <w:rFonts w:ascii="游明朝" w:hAnsi="游明朝" w:eastAsia="游明朝"/>
          <w:b w:val="0"/>
          <w:sz w:val="21"/>
        </w:rPr>
        <w:t>本契約の成立を証するため、本書2通を作成し、甲乙が署名押印のうえ、各自1通を保管する。</w:t>
      </w:r>
    </w:p>
    <w:p>
      <w:pPr>
        <w:spacing w:after="200"/>
      </w:pPr>
      <w:r>
        <w:rPr>
          <w:rFonts w:ascii="游明朝" w:hAnsi="游明朝" w:eastAsia="游明朝"/>
          <w:b w:val="0"/>
          <w:sz w:val="21"/>
        </w:rPr>
        <w:t>令和</w:t>
      </w:r>
      <w:r>
        <w:rPr>
          <w:rFonts w:ascii="游明朝" w:hAnsi="游明朝" w:eastAsia="游明朝"/>
          <w:b w:val="0"/>
          <w:sz w:val="21"/>
          <w:highlight w:val="yellow"/>
        </w:rPr>
        <w:t>○</w:t>
      </w:r>
      <w:r>
        <w:rPr>
          <w:rFonts w:ascii="游明朝" w:hAnsi="游明朝" w:eastAsia="游明朝"/>
          <w:b w:val="0"/>
          <w:sz w:val="21"/>
        </w:rPr>
        <w:t>年</w:t>
      </w:r>
      <w:r>
        <w:rPr>
          <w:rFonts w:ascii="游明朝" w:hAnsi="游明朝" w:eastAsia="游明朝"/>
          <w:b w:val="0"/>
          <w:sz w:val="21"/>
          <w:highlight w:val="yellow"/>
        </w:rPr>
        <w:t>○</w:t>
      </w:r>
      <w:r>
        <w:rPr>
          <w:rFonts w:ascii="游明朝" w:hAnsi="游明朝" w:eastAsia="游明朝"/>
          <w:b w:val="0"/>
          <w:sz w:val="21"/>
        </w:rPr>
        <w:t>月</w:t>
      </w:r>
      <w:r>
        <w:rPr>
          <w:rFonts w:ascii="游明朝" w:hAnsi="游明朝" w:eastAsia="游明朝"/>
          <w:b w:val="0"/>
          <w:sz w:val="21"/>
          <w:highlight w:val="yellow"/>
        </w:rPr>
        <w:t>○</w:t>
      </w:r>
      <w:r>
        <w:rPr>
          <w:rFonts w:ascii="游明朝" w:hAnsi="游明朝" w:eastAsia="游明朝"/>
          <w:b w:val="0"/>
          <w:sz w:val="21"/>
        </w:rPr>
        <w:t>日</w:t>
      </w:r>
    </w:p>
    <w:p>
      <w:pPr>
        <w:spacing w:after="40"/>
      </w:pPr>
      <w:r>
        <w:rPr>
          <w:rFonts w:ascii="游明朝" w:hAnsi="游明朝" w:eastAsia="游明朝"/>
          <w:b w:val="0"/>
          <w:sz w:val="21"/>
        </w:rPr>
        <w:t xml:space="preserve">（贈与者）甲　住所　</w:t>
      </w:r>
      <w:r>
        <w:rPr>
          <w:rFonts w:ascii="游明朝" w:hAnsi="游明朝" w:eastAsia="游明朝"/>
          <w:b w:val="0"/>
          <w:sz w:val="21"/>
          <w:highlight w:val="yellow"/>
        </w:rPr>
        <w:t>○○</w:t>
      </w:r>
      <w:r>
        <w:rPr>
          <w:rFonts w:ascii="游明朝" w:hAnsi="游明朝" w:eastAsia="游明朝"/>
          <w:b w:val="0"/>
          <w:sz w:val="21"/>
        </w:rPr>
        <w:t>県</w:t>
      </w:r>
      <w:r>
        <w:rPr>
          <w:rFonts w:ascii="游明朝" w:hAnsi="游明朝" w:eastAsia="游明朝"/>
          <w:b w:val="0"/>
          <w:sz w:val="21"/>
          <w:highlight w:val="yellow"/>
        </w:rPr>
        <w:t>○○</w:t>
      </w:r>
      <w:r>
        <w:rPr>
          <w:rFonts w:ascii="游明朝" w:hAnsi="游明朝" w:eastAsia="游明朝"/>
          <w:b w:val="0"/>
          <w:sz w:val="21"/>
        </w:rPr>
        <w:t>市</w:t>
      </w:r>
      <w:r>
        <w:rPr>
          <w:rFonts w:ascii="游明朝" w:hAnsi="游明朝" w:eastAsia="游明朝"/>
          <w:b w:val="0"/>
          <w:sz w:val="21"/>
          <w:highlight w:val="yellow"/>
        </w:rPr>
        <w:t>○○</w:t>
      </w:r>
      <w:r>
        <w:rPr>
          <w:rFonts w:ascii="游明朝" w:hAnsi="游明朝" w:eastAsia="游明朝"/>
          <w:b w:val="0"/>
          <w:sz w:val="21"/>
        </w:rPr>
        <w:t>町</w:t>
      </w:r>
      <w:r>
        <w:rPr>
          <w:rFonts w:ascii="游明朝" w:hAnsi="游明朝" w:eastAsia="游明朝"/>
          <w:b w:val="0"/>
          <w:sz w:val="21"/>
          <w:highlight w:val="yellow"/>
        </w:rPr>
        <w:t>○</w:t>
      </w:r>
      <w:r>
        <w:rPr>
          <w:rFonts w:ascii="游明朝" w:hAnsi="游明朝" w:eastAsia="游明朝"/>
          <w:b w:val="0"/>
          <w:sz w:val="21"/>
        </w:rPr>
        <w:t>丁目</w:t>
      </w:r>
      <w:r>
        <w:rPr>
          <w:rFonts w:ascii="游明朝" w:hAnsi="游明朝" w:eastAsia="游明朝"/>
          <w:b w:val="0"/>
          <w:sz w:val="21"/>
          <w:highlight w:val="yellow"/>
        </w:rPr>
        <w:t>○</w:t>
      </w:r>
      <w:r>
        <w:rPr>
          <w:rFonts w:ascii="游明朝" w:hAnsi="游明朝" w:eastAsia="游明朝"/>
          <w:b w:val="0"/>
          <w:sz w:val="21"/>
        </w:rPr>
        <w:t>番</w:t>
      </w:r>
      <w:r>
        <w:rPr>
          <w:rFonts w:ascii="游明朝" w:hAnsi="游明朝" w:eastAsia="游明朝"/>
          <w:b w:val="0"/>
          <w:sz w:val="21"/>
          <w:highlight w:val="yellow"/>
        </w:rPr>
        <w:t>○</w:t>
      </w:r>
      <w:r>
        <w:rPr>
          <w:rFonts w:ascii="游明朝" w:hAnsi="游明朝" w:eastAsia="游明朝"/>
          <w:b w:val="0"/>
          <w:sz w:val="21"/>
        </w:rPr>
        <w:t>号</w:t>
      </w:r>
    </w:p>
    <w:p>
      <w:pPr>
        <w:spacing w:after="200"/>
      </w:pPr>
      <w:r>
        <w:rPr>
          <w:rFonts w:ascii="游明朝" w:hAnsi="游明朝" w:eastAsia="游明朝"/>
          <w:b w:val="0"/>
          <w:sz w:val="21"/>
        </w:rPr>
        <w:t xml:space="preserve">　　　　氏名　</w:t>
      </w:r>
      <w:r>
        <w:rPr>
          <w:rFonts w:ascii="游明朝" w:hAnsi="游明朝" w:eastAsia="游明朝"/>
          <w:b w:val="0"/>
          <w:sz w:val="21"/>
          <w:highlight w:val="yellow"/>
        </w:rPr>
        <w:t>○○</w:t>
      </w:r>
      <w:r>
        <w:rPr>
          <w:rFonts w:ascii="游明朝" w:hAnsi="游明朝" w:eastAsia="游明朝"/>
          <w:b w:val="0"/>
          <w:sz w:val="21"/>
        </w:rPr>
        <w:t xml:space="preserve">　</w:t>
      </w:r>
      <w:r>
        <w:rPr>
          <w:rFonts w:ascii="游明朝" w:hAnsi="游明朝" w:eastAsia="游明朝"/>
          <w:b w:val="0"/>
          <w:sz w:val="21"/>
          <w:highlight w:val="yellow"/>
        </w:rPr>
        <w:t>○○</w:t>
      </w:r>
      <w:r>
        <w:rPr>
          <w:rFonts w:ascii="游明朝" w:hAnsi="游明朝" w:eastAsia="游明朝"/>
          <w:b w:val="0"/>
          <w:sz w:val="21"/>
        </w:rPr>
        <w:t xml:space="preserve">　　　　　　　　　　印（自署・押印）</w:t>
      </w:r>
    </w:p>
    <w:p>
      <w:pPr>
        <w:spacing w:after="40"/>
      </w:pPr>
      <w:r>
        <w:rPr>
          <w:rFonts w:ascii="游明朝" w:hAnsi="游明朝" w:eastAsia="游明朝"/>
          <w:b w:val="0"/>
          <w:sz w:val="21"/>
        </w:rPr>
        <w:t xml:space="preserve">（受贈者）乙　住所　</w:t>
      </w:r>
      <w:r>
        <w:rPr>
          <w:rFonts w:ascii="游明朝" w:hAnsi="游明朝" w:eastAsia="游明朝"/>
          <w:b w:val="0"/>
          <w:sz w:val="21"/>
          <w:highlight w:val="yellow"/>
        </w:rPr>
        <w:t>○○</w:t>
      </w:r>
      <w:r>
        <w:rPr>
          <w:rFonts w:ascii="游明朝" w:hAnsi="游明朝" w:eastAsia="游明朝"/>
          <w:b w:val="0"/>
          <w:sz w:val="21"/>
        </w:rPr>
        <w:t>県</w:t>
      </w:r>
      <w:r>
        <w:rPr>
          <w:rFonts w:ascii="游明朝" w:hAnsi="游明朝" w:eastAsia="游明朝"/>
          <w:b w:val="0"/>
          <w:sz w:val="21"/>
          <w:highlight w:val="yellow"/>
        </w:rPr>
        <w:t>○○</w:t>
      </w:r>
      <w:r>
        <w:rPr>
          <w:rFonts w:ascii="游明朝" w:hAnsi="游明朝" w:eastAsia="游明朝"/>
          <w:b w:val="0"/>
          <w:sz w:val="21"/>
        </w:rPr>
        <w:t>市</w:t>
      </w:r>
      <w:r>
        <w:rPr>
          <w:rFonts w:ascii="游明朝" w:hAnsi="游明朝" w:eastAsia="游明朝"/>
          <w:b w:val="0"/>
          <w:sz w:val="21"/>
          <w:highlight w:val="yellow"/>
        </w:rPr>
        <w:t>○○</w:t>
      </w:r>
      <w:r>
        <w:rPr>
          <w:rFonts w:ascii="游明朝" w:hAnsi="游明朝" w:eastAsia="游明朝"/>
          <w:b w:val="0"/>
          <w:sz w:val="21"/>
        </w:rPr>
        <w:t>町</w:t>
      </w:r>
      <w:r>
        <w:rPr>
          <w:rFonts w:ascii="游明朝" w:hAnsi="游明朝" w:eastAsia="游明朝"/>
          <w:b w:val="0"/>
          <w:sz w:val="21"/>
          <w:highlight w:val="yellow"/>
        </w:rPr>
        <w:t>○</w:t>
      </w:r>
      <w:r>
        <w:rPr>
          <w:rFonts w:ascii="游明朝" w:hAnsi="游明朝" w:eastAsia="游明朝"/>
          <w:b w:val="0"/>
          <w:sz w:val="21"/>
        </w:rPr>
        <w:t>丁目</w:t>
      </w:r>
      <w:r>
        <w:rPr>
          <w:rFonts w:ascii="游明朝" w:hAnsi="游明朝" w:eastAsia="游明朝"/>
          <w:b w:val="0"/>
          <w:sz w:val="21"/>
          <w:highlight w:val="yellow"/>
        </w:rPr>
        <w:t>○</w:t>
      </w:r>
      <w:r>
        <w:rPr>
          <w:rFonts w:ascii="游明朝" w:hAnsi="游明朝" w:eastAsia="游明朝"/>
          <w:b w:val="0"/>
          <w:sz w:val="21"/>
        </w:rPr>
        <w:t>番</w:t>
      </w:r>
      <w:r>
        <w:rPr>
          <w:rFonts w:ascii="游明朝" w:hAnsi="游明朝" w:eastAsia="游明朝"/>
          <w:b w:val="0"/>
          <w:sz w:val="21"/>
          <w:highlight w:val="yellow"/>
        </w:rPr>
        <w:t>○</w:t>
      </w:r>
      <w:r>
        <w:rPr>
          <w:rFonts w:ascii="游明朝" w:hAnsi="游明朝" w:eastAsia="游明朝"/>
          <w:b w:val="0"/>
          <w:sz w:val="21"/>
        </w:rPr>
        <w:t>号</w:t>
      </w:r>
    </w:p>
    <w:p>
      <w:pPr>
        <w:spacing w:after="200"/>
      </w:pPr>
      <w:r>
        <w:rPr>
          <w:rFonts w:ascii="游明朝" w:hAnsi="游明朝" w:eastAsia="游明朝"/>
          <w:b w:val="0"/>
          <w:sz w:val="21"/>
        </w:rPr>
        <w:t xml:space="preserve">　　　　氏名　</w:t>
      </w:r>
      <w:r>
        <w:rPr>
          <w:rFonts w:ascii="游明朝" w:hAnsi="游明朝" w:eastAsia="游明朝"/>
          <w:b w:val="0"/>
          <w:sz w:val="21"/>
          <w:highlight w:val="yellow"/>
        </w:rPr>
        <w:t>○○</w:t>
      </w:r>
      <w:r>
        <w:rPr>
          <w:rFonts w:ascii="游明朝" w:hAnsi="游明朝" w:eastAsia="游明朝"/>
          <w:b w:val="0"/>
          <w:sz w:val="21"/>
        </w:rPr>
        <w:t xml:space="preserve">　</w:t>
      </w:r>
      <w:r>
        <w:rPr>
          <w:rFonts w:ascii="游明朝" w:hAnsi="游明朝" w:eastAsia="游明朝"/>
          <w:b w:val="0"/>
          <w:sz w:val="21"/>
          <w:highlight w:val="yellow"/>
        </w:rPr>
        <w:t>○○</w:t>
      </w:r>
      <w:r>
        <w:rPr>
          <w:rFonts w:ascii="游明朝" w:hAnsi="游明朝" w:eastAsia="游明朝"/>
          <w:b w:val="0"/>
          <w:sz w:val="21"/>
        </w:rPr>
        <w:t xml:space="preserve">　　　　　　　　　　印（自署・押印）</w:t>
      </w:r>
    </w:p>
    <w:p>
      <w:pPr>
        <w:spacing w:after="80"/>
      </w:pPr>
      <w:r>
        <w:rPr>
          <w:rFonts w:ascii="游明朝" w:hAnsi="游明朝" w:eastAsia="游明朝"/>
          <w:b w:val="0"/>
          <w:sz w:val="18"/>
        </w:rPr>
        <w:t>【記入のポイント】毎年100万円ずつ10年間贈与することを最初から約束していると、約束をした年に、定期金給付契約に基づく定期金に関する権利の贈与を受けたものとして贈与税がかかる場合があります（国税庁タックスアンサー No.4402 Q1）。そのため第4条で「その年分だけ」と明記し、毎年新しい契約書を作ります。</w:t>
      </w:r>
    </w:p>
    <w:p>
      <w:pPr>
        <w:spacing w:after="80"/>
      </w:pPr>
    </w:p>
    <w:p>
      <w:pPr>
        <w:spacing w:after="80"/>
      </w:pPr>
      <w:r>
        <w:rPr>
          <w:rFonts w:ascii="游明朝" w:hAnsi="游明朝" w:eastAsia="游明朝"/>
          <w:b/>
          <w:sz w:val="21"/>
        </w:rPr>
        <w:t>（付録）毎年贈与の記録表（契約書と一緒に保管してください）</w:t>
      </w:r>
    </w:p>
    <w:tbl>
      <w:tblPr>
        <w:tblStyle w:val="TableGrid"/>
        <w:tblW w:type="auto" w:w="0"/>
        <w:jc w:val="center"/>
        <w:tblLook w:firstColumn="1" w:firstRow="1" w:lastColumn="0" w:lastRow="0" w:noHBand="0" w:noVBand="1" w:val="04A0"/>
      </w:tblPr>
      <w:tblGrid>
        <w:gridCol w:w="1904"/>
        <w:gridCol w:w="1904"/>
        <w:gridCol w:w="1904"/>
        <w:gridCol w:w="1904"/>
        <w:gridCol w:w="1904"/>
      </w:tblGrid>
      <w:tr>
        <w:tc>
          <w:tcPr>
            <w:tcW w:type="dxa" w:w="1904"/>
          </w:tcPr>
          <w:p>
            <w:r/>
            <w:r>
              <w:rPr>
                <w:rFonts w:ascii="游明朝" w:hAnsi="游明朝" w:eastAsia="游明朝"/>
                <w:b/>
                <w:sz w:val="19"/>
              </w:rPr>
              <w:t>年分</w:t>
            </w:r>
          </w:p>
        </w:tc>
        <w:tc>
          <w:tcPr>
            <w:tcW w:type="dxa" w:w="1904"/>
          </w:tcPr>
          <w:p>
            <w:r/>
            <w:r>
              <w:rPr>
                <w:rFonts w:ascii="游明朝" w:hAnsi="游明朝" w:eastAsia="游明朝"/>
                <w:b/>
                <w:sz w:val="19"/>
              </w:rPr>
              <w:t>契約日</w:t>
            </w:r>
          </w:p>
        </w:tc>
        <w:tc>
          <w:tcPr>
            <w:tcW w:type="dxa" w:w="1904"/>
          </w:tcPr>
          <w:p>
            <w:r/>
            <w:r>
              <w:rPr>
                <w:rFonts w:ascii="游明朝" w:hAnsi="游明朝" w:eastAsia="游明朝"/>
                <w:b/>
                <w:sz w:val="19"/>
              </w:rPr>
              <w:t>贈与額（円）</w:t>
            </w:r>
          </w:p>
        </w:tc>
        <w:tc>
          <w:tcPr>
            <w:tcW w:type="dxa" w:w="1904"/>
          </w:tcPr>
          <w:p>
            <w:r/>
            <w:r>
              <w:rPr>
                <w:rFonts w:ascii="游明朝" w:hAnsi="游明朝" w:eastAsia="游明朝"/>
                <w:b/>
                <w:sz w:val="19"/>
              </w:rPr>
              <w:t>振込日</w:t>
            </w:r>
          </w:p>
        </w:tc>
        <w:tc>
          <w:tcPr>
            <w:tcW w:type="dxa" w:w="1904"/>
          </w:tcPr>
          <w:p>
            <w:r/>
            <w:r>
              <w:rPr>
                <w:rFonts w:ascii="游明朝" w:hAnsi="游明朝" w:eastAsia="游明朝"/>
                <w:b/>
                <w:sz w:val="19"/>
              </w:rPr>
              <w:t>契約書の保管場所</w:t>
            </w:r>
          </w:p>
        </w:tc>
      </w:tr>
      <w:tr>
        <w:tc>
          <w:tcPr>
            <w:tcW w:type="dxa" w:w="1904"/>
          </w:tcPr>
          <w:p>
            <w:r/>
            <w:r>
              <w:rPr>
                <w:rFonts w:ascii="游明朝" w:hAnsi="游明朝" w:eastAsia="游明朝"/>
                <w:b w:val="0"/>
                <w:sz w:val="19"/>
                <w:highlight w:val="yellow"/>
              </w:rPr>
              <w:t>○</w:t>
            </w:r>
          </w:p>
        </w:tc>
        <w:tc>
          <w:tcPr>
            <w:tcW w:type="dxa" w:w="1904"/>
          </w:tcPr>
          <w:p>
            <w:r/>
            <w:r>
              <w:rPr>
                <w:rFonts w:ascii="游明朝" w:hAnsi="游明朝" w:eastAsia="游明朝"/>
                <w:b w:val="0"/>
                <w:sz w:val="19"/>
                <w:highlight w:val="yellow"/>
              </w:rPr>
              <w:t>○</w:t>
            </w:r>
          </w:p>
        </w:tc>
        <w:tc>
          <w:tcPr>
            <w:tcW w:type="dxa" w:w="1904"/>
          </w:tcPr>
          <w:p>
            <w:r/>
            <w:r>
              <w:rPr>
                <w:rFonts w:ascii="游明朝" w:hAnsi="游明朝" w:eastAsia="游明朝"/>
                <w:b w:val="0"/>
                <w:sz w:val="19"/>
              </w:rPr>
            </w:r>
          </w:p>
        </w:tc>
        <w:tc>
          <w:tcPr>
            <w:tcW w:type="dxa" w:w="1904"/>
          </w:tcPr>
          <w:p>
            <w:r/>
            <w:r>
              <w:rPr>
                <w:rFonts w:ascii="游明朝" w:hAnsi="游明朝" w:eastAsia="游明朝"/>
                <w:b w:val="0"/>
                <w:sz w:val="19"/>
                <w:highlight w:val="yellow"/>
              </w:rPr>
              <w:t>○</w:t>
            </w:r>
          </w:p>
        </w:tc>
        <w:tc>
          <w:tcPr>
            <w:tcW w:type="dxa" w:w="1904"/>
          </w:tcPr>
          <w:p>
            <w:r/>
            <w:r>
              <w:rPr>
                <w:rFonts w:ascii="游明朝" w:hAnsi="游明朝" w:eastAsia="游明朝"/>
                <w:b w:val="0"/>
                <w:sz w:val="19"/>
              </w:rPr>
            </w:r>
          </w:p>
        </w:tc>
      </w:tr>
      <w:tr>
        <w:tc>
          <w:tcPr>
            <w:tcW w:type="dxa" w:w="1904"/>
          </w:tcPr>
          <w:p>
            <w:r/>
            <w:r>
              <w:rPr>
                <w:rFonts w:ascii="游明朝" w:hAnsi="游明朝" w:eastAsia="游明朝"/>
                <w:b w:val="0"/>
                <w:sz w:val="19"/>
                <w:highlight w:val="yellow"/>
              </w:rPr>
              <w:t>○</w:t>
            </w:r>
          </w:p>
        </w:tc>
        <w:tc>
          <w:tcPr>
            <w:tcW w:type="dxa" w:w="1904"/>
          </w:tcPr>
          <w:p>
            <w:r/>
            <w:r>
              <w:rPr>
                <w:rFonts w:ascii="游明朝" w:hAnsi="游明朝" w:eastAsia="游明朝"/>
                <w:b w:val="0"/>
                <w:sz w:val="19"/>
                <w:highlight w:val="yellow"/>
              </w:rPr>
              <w:t>○</w:t>
            </w:r>
          </w:p>
        </w:tc>
        <w:tc>
          <w:tcPr>
            <w:tcW w:type="dxa" w:w="1904"/>
          </w:tcPr>
          <w:p>
            <w:r/>
            <w:r>
              <w:rPr>
                <w:rFonts w:ascii="游明朝" w:hAnsi="游明朝" w:eastAsia="游明朝"/>
                <w:b w:val="0"/>
                <w:sz w:val="19"/>
              </w:rPr>
            </w:r>
          </w:p>
        </w:tc>
        <w:tc>
          <w:tcPr>
            <w:tcW w:type="dxa" w:w="1904"/>
          </w:tcPr>
          <w:p>
            <w:r/>
            <w:r>
              <w:rPr>
                <w:rFonts w:ascii="游明朝" w:hAnsi="游明朝" w:eastAsia="游明朝"/>
                <w:b w:val="0"/>
                <w:sz w:val="19"/>
                <w:highlight w:val="yellow"/>
              </w:rPr>
              <w:t>○</w:t>
            </w:r>
          </w:p>
        </w:tc>
        <w:tc>
          <w:tcPr>
            <w:tcW w:type="dxa" w:w="1904"/>
          </w:tcPr>
          <w:p>
            <w:r/>
            <w:r>
              <w:rPr>
                <w:rFonts w:ascii="游明朝" w:hAnsi="游明朝" w:eastAsia="游明朝"/>
                <w:b w:val="0"/>
                <w:sz w:val="19"/>
              </w:rPr>
            </w:r>
          </w:p>
        </w:tc>
      </w:tr>
      <w:tr>
        <w:tc>
          <w:tcPr>
            <w:tcW w:type="dxa" w:w="1904"/>
          </w:tcPr>
          <w:p>
            <w:r/>
            <w:r>
              <w:rPr>
                <w:rFonts w:ascii="游明朝" w:hAnsi="游明朝" w:eastAsia="游明朝"/>
                <w:b w:val="0"/>
                <w:sz w:val="19"/>
                <w:highlight w:val="yellow"/>
              </w:rPr>
              <w:t>○</w:t>
            </w:r>
          </w:p>
        </w:tc>
        <w:tc>
          <w:tcPr>
            <w:tcW w:type="dxa" w:w="1904"/>
          </w:tcPr>
          <w:p>
            <w:r/>
            <w:r>
              <w:rPr>
                <w:rFonts w:ascii="游明朝" w:hAnsi="游明朝" w:eastAsia="游明朝"/>
                <w:b w:val="0"/>
                <w:sz w:val="19"/>
                <w:highlight w:val="yellow"/>
              </w:rPr>
              <w:t>○</w:t>
            </w:r>
          </w:p>
        </w:tc>
        <w:tc>
          <w:tcPr>
            <w:tcW w:type="dxa" w:w="1904"/>
          </w:tcPr>
          <w:p>
            <w:r/>
            <w:r>
              <w:rPr>
                <w:rFonts w:ascii="游明朝" w:hAnsi="游明朝" w:eastAsia="游明朝"/>
                <w:b w:val="0"/>
                <w:sz w:val="19"/>
              </w:rPr>
            </w:r>
          </w:p>
        </w:tc>
        <w:tc>
          <w:tcPr>
            <w:tcW w:type="dxa" w:w="1904"/>
          </w:tcPr>
          <w:p>
            <w:r/>
            <w:r>
              <w:rPr>
                <w:rFonts w:ascii="游明朝" w:hAnsi="游明朝" w:eastAsia="游明朝"/>
                <w:b w:val="0"/>
                <w:sz w:val="19"/>
                <w:highlight w:val="yellow"/>
              </w:rPr>
              <w:t>○</w:t>
            </w:r>
          </w:p>
        </w:tc>
        <w:tc>
          <w:tcPr>
            <w:tcW w:type="dxa" w:w="1904"/>
          </w:tcPr>
          <w:p>
            <w:r/>
            <w:r>
              <w:rPr>
                <w:rFonts w:ascii="游明朝" w:hAnsi="游明朝" w:eastAsia="游明朝"/>
                <w:b w:val="0"/>
                <w:sz w:val="19"/>
              </w:rPr>
            </w:r>
          </w:p>
        </w:tc>
      </w:tr>
      <w:tr>
        <w:tc>
          <w:tcPr>
            <w:tcW w:type="dxa" w:w="1904"/>
          </w:tcPr>
          <w:p>
            <w:r/>
            <w:r>
              <w:rPr>
                <w:rFonts w:ascii="游明朝" w:hAnsi="游明朝" w:eastAsia="游明朝"/>
                <w:b w:val="0"/>
                <w:sz w:val="19"/>
                <w:highlight w:val="yellow"/>
              </w:rPr>
              <w:t>○</w:t>
            </w:r>
          </w:p>
        </w:tc>
        <w:tc>
          <w:tcPr>
            <w:tcW w:type="dxa" w:w="1904"/>
          </w:tcPr>
          <w:p>
            <w:r/>
            <w:r>
              <w:rPr>
                <w:rFonts w:ascii="游明朝" w:hAnsi="游明朝" w:eastAsia="游明朝"/>
                <w:b w:val="0"/>
                <w:sz w:val="19"/>
                <w:highlight w:val="yellow"/>
              </w:rPr>
              <w:t>○</w:t>
            </w:r>
          </w:p>
        </w:tc>
        <w:tc>
          <w:tcPr>
            <w:tcW w:type="dxa" w:w="1904"/>
          </w:tcPr>
          <w:p>
            <w:r/>
            <w:r>
              <w:rPr>
                <w:rFonts w:ascii="游明朝" w:hAnsi="游明朝" w:eastAsia="游明朝"/>
                <w:b w:val="0"/>
                <w:sz w:val="19"/>
              </w:rPr>
            </w:r>
          </w:p>
        </w:tc>
        <w:tc>
          <w:tcPr>
            <w:tcW w:type="dxa" w:w="1904"/>
          </w:tcPr>
          <w:p>
            <w:r/>
            <w:r>
              <w:rPr>
                <w:rFonts w:ascii="游明朝" w:hAnsi="游明朝" w:eastAsia="游明朝"/>
                <w:b w:val="0"/>
                <w:sz w:val="19"/>
                <w:highlight w:val="yellow"/>
              </w:rPr>
              <w:t>○</w:t>
            </w:r>
          </w:p>
        </w:tc>
        <w:tc>
          <w:tcPr>
            <w:tcW w:type="dxa" w:w="1904"/>
          </w:tcPr>
          <w:p>
            <w:r/>
            <w:r>
              <w:rPr>
                <w:rFonts w:ascii="游明朝" w:hAnsi="游明朝" w:eastAsia="游明朝"/>
                <w:b w:val="0"/>
                <w:sz w:val="19"/>
              </w:rPr>
            </w:r>
          </w:p>
        </w:tc>
      </w:tr>
      <w:tr>
        <w:tc>
          <w:tcPr>
            <w:tcW w:type="dxa" w:w="1904"/>
          </w:tcPr>
          <w:p>
            <w:r/>
            <w:r>
              <w:rPr>
                <w:rFonts w:ascii="游明朝" w:hAnsi="游明朝" w:eastAsia="游明朝"/>
                <w:b w:val="0"/>
                <w:sz w:val="19"/>
                <w:highlight w:val="yellow"/>
              </w:rPr>
              <w:t>○</w:t>
            </w:r>
          </w:p>
        </w:tc>
        <w:tc>
          <w:tcPr>
            <w:tcW w:type="dxa" w:w="1904"/>
          </w:tcPr>
          <w:p>
            <w:r/>
            <w:r>
              <w:rPr>
                <w:rFonts w:ascii="游明朝" w:hAnsi="游明朝" w:eastAsia="游明朝"/>
                <w:b w:val="0"/>
                <w:sz w:val="19"/>
                <w:highlight w:val="yellow"/>
              </w:rPr>
              <w:t>○</w:t>
            </w:r>
          </w:p>
        </w:tc>
        <w:tc>
          <w:tcPr>
            <w:tcW w:type="dxa" w:w="1904"/>
          </w:tcPr>
          <w:p>
            <w:r/>
            <w:r>
              <w:rPr>
                <w:rFonts w:ascii="游明朝" w:hAnsi="游明朝" w:eastAsia="游明朝"/>
                <w:b w:val="0"/>
                <w:sz w:val="19"/>
              </w:rPr>
            </w:r>
          </w:p>
        </w:tc>
        <w:tc>
          <w:tcPr>
            <w:tcW w:type="dxa" w:w="1904"/>
          </w:tcPr>
          <w:p>
            <w:r/>
            <w:r>
              <w:rPr>
                <w:rFonts w:ascii="游明朝" w:hAnsi="游明朝" w:eastAsia="游明朝"/>
                <w:b w:val="0"/>
                <w:sz w:val="19"/>
                <w:highlight w:val="yellow"/>
              </w:rPr>
              <w:t>○</w:t>
            </w:r>
          </w:p>
        </w:tc>
        <w:tc>
          <w:tcPr>
            <w:tcW w:type="dxa" w:w="1904"/>
          </w:tcPr>
          <w:p>
            <w:r/>
            <w:r>
              <w:rPr>
                <w:rFonts w:ascii="游明朝" w:hAnsi="游明朝" w:eastAsia="游明朝"/>
                <w:b w:val="0"/>
                <w:sz w:val="19"/>
              </w:rPr>
            </w:r>
          </w:p>
        </w:tc>
      </w:tr>
    </w:tbl>
    <w:p>
      <w:r>
        <w:br w:type="page"/>
      </w:r>
    </w:p>
    <w:p>
      <w:pPr>
        <w:spacing w:after="200"/>
      </w:pPr>
      <w:r>
        <w:rPr>
          <w:rFonts w:ascii="游明朝" w:hAnsi="游明朝" w:eastAsia="游明朝"/>
          <w:b/>
          <w:sz w:val="24"/>
        </w:rPr>
        <w:t>③ 不動産（土地・建物）を贈与する場合</w:t>
      </w:r>
    </w:p>
    <w:p>
      <w:pPr>
        <w:spacing w:after="280"/>
        <w:jc w:val="center"/>
      </w:pPr>
      <w:r>
        <w:rPr>
          <w:rFonts w:ascii="游明朝" w:hAnsi="游明朝" w:eastAsia="游明朝"/>
          <w:b/>
          <w:sz w:val="32"/>
        </w:rPr>
        <w:t>不 動 産 贈 与 契 約 書</w:t>
      </w:r>
    </w:p>
    <w:p>
      <w:pPr>
        <w:spacing w:after="200"/>
      </w:pPr>
      <w:r>
        <w:rPr>
          <w:rFonts w:ascii="游明朝" w:hAnsi="游明朝" w:eastAsia="游明朝"/>
          <w:b w:val="0"/>
          <w:sz w:val="21"/>
        </w:rPr>
        <w:t xml:space="preserve">贈与者　</w:t>
      </w:r>
      <w:r>
        <w:rPr>
          <w:rFonts w:ascii="游明朝" w:hAnsi="游明朝" w:eastAsia="游明朝"/>
          <w:b w:val="0"/>
          <w:sz w:val="21"/>
          <w:highlight w:val="yellow"/>
        </w:rPr>
        <w:t>○○</w:t>
      </w:r>
      <w:r>
        <w:rPr>
          <w:rFonts w:ascii="游明朝" w:hAnsi="游明朝" w:eastAsia="游明朝"/>
          <w:b w:val="0"/>
          <w:sz w:val="21"/>
        </w:rPr>
        <w:t xml:space="preserve">　</w:t>
      </w:r>
      <w:r>
        <w:rPr>
          <w:rFonts w:ascii="游明朝" w:hAnsi="游明朝" w:eastAsia="游明朝"/>
          <w:b w:val="0"/>
          <w:sz w:val="21"/>
          <w:highlight w:val="yellow"/>
        </w:rPr>
        <w:t>○○</w:t>
      </w:r>
      <w:r>
        <w:rPr>
          <w:rFonts w:ascii="游明朝" w:hAnsi="游明朝" w:eastAsia="游明朝"/>
          <w:b w:val="0"/>
          <w:sz w:val="21"/>
        </w:rPr>
        <w:t xml:space="preserve">（以下「甲」という。）と受贈者　</w:t>
      </w:r>
      <w:r>
        <w:rPr>
          <w:rFonts w:ascii="游明朝" w:hAnsi="游明朝" w:eastAsia="游明朝"/>
          <w:b w:val="0"/>
          <w:sz w:val="21"/>
          <w:highlight w:val="yellow"/>
        </w:rPr>
        <w:t>○○</w:t>
      </w:r>
      <w:r>
        <w:rPr>
          <w:rFonts w:ascii="游明朝" w:hAnsi="游明朝" w:eastAsia="游明朝"/>
          <w:b w:val="0"/>
          <w:sz w:val="21"/>
        </w:rPr>
        <w:t xml:space="preserve">　</w:t>
      </w:r>
      <w:r>
        <w:rPr>
          <w:rFonts w:ascii="游明朝" w:hAnsi="游明朝" w:eastAsia="游明朝"/>
          <w:b w:val="0"/>
          <w:sz w:val="21"/>
          <w:highlight w:val="yellow"/>
        </w:rPr>
        <w:t>○○</w:t>
      </w:r>
      <w:r>
        <w:rPr>
          <w:rFonts w:ascii="游明朝" w:hAnsi="游明朝" w:eastAsia="游明朝"/>
          <w:b w:val="0"/>
          <w:sz w:val="21"/>
        </w:rPr>
        <w:t>（以下「乙」という。）は、次のとおり不動産の贈与契約を締結する。</w:t>
      </w:r>
    </w:p>
    <w:p>
      <w:pPr>
        <w:spacing w:after="40"/>
      </w:pPr>
      <w:r>
        <w:rPr>
          <w:rFonts w:ascii="游明朝" w:hAnsi="游明朝" w:eastAsia="游明朝"/>
          <w:b/>
          <w:sz w:val="21"/>
        </w:rPr>
        <w:t>第1条（贈与の合意）</w:t>
      </w:r>
    </w:p>
    <w:p>
      <w:pPr>
        <w:spacing w:after="160"/>
      </w:pPr>
      <w:r>
        <w:rPr>
          <w:rFonts w:ascii="游明朝" w:hAnsi="游明朝" w:eastAsia="游明朝"/>
          <w:b w:val="0"/>
          <w:sz w:val="21"/>
        </w:rPr>
        <w:t>甲は、その所有する別紙物件目録記載の不動産（以下「本物件」という。）を乙に無償で贈与することを約し、乙はこれを受諾した。</w:t>
      </w:r>
    </w:p>
    <w:p>
      <w:pPr>
        <w:spacing w:after="40"/>
      </w:pPr>
      <w:r>
        <w:rPr>
          <w:rFonts w:ascii="游明朝" w:hAnsi="游明朝" w:eastAsia="游明朝"/>
          <w:b/>
          <w:sz w:val="21"/>
        </w:rPr>
        <w:t>第2条（所有権の移転時期）</w:t>
      </w:r>
    </w:p>
    <w:p>
      <w:pPr>
        <w:spacing w:after="160"/>
      </w:pPr>
      <w:r>
        <w:rPr>
          <w:rFonts w:ascii="游明朝" w:hAnsi="游明朝" w:eastAsia="游明朝"/>
          <w:b w:val="0"/>
          <w:sz w:val="21"/>
        </w:rPr>
        <w:t>本物件の所有権は、本契約の締結の日に甲から乙に移転する。</w:t>
      </w:r>
    </w:p>
    <w:p>
      <w:pPr>
        <w:spacing w:after="40"/>
      </w:pPr>
      <w:r>
        <w:rPr>
          <w:rFonts w:ascii="游明朝" w:hAnsi="游明朝" w:eastAsia="游明朝"/>
          <w:b/>
          <w:sz w:val="21"/>
        </w:rPr>
        <w:t>第3条（引渡し）</w:t>
      </w:r>
    </w:p>
    <w:p>
      <w:pPr>
        <w:spacing w:after="160"/>
      </w:pPr>
      <w:r>
        <w:rPr>
          <w:rFonts w:ascii="游明朝" w:hAnsi="游明朝" w:eastAsia="游明朝"/>
          <w:b w:val="0"/>
          <w:sz w:val="21"/>
        </w:rPr>
        <w:t>甲は、乙に対し、令和</w:t>
      </w:r>
      <w:r>
        <w:rPr>
          <w:rFonts w:ascii="游明朝" w:hAnsi="游明朝" w:eastAsia="游明朝"/>
          <w:b w:val="0"/>
          <w:sz w:val="21"/>
          <w:highlight w:val="yellow"/>
        </w:rPr>
        <w:t>○</w:t>
      </w:r>
      <w:r>
        <w:rPr>
          <w:rFonts w:ascii="游明朝" w:hAnsi="游明朝" w:eastAsia="游明朝"/>
          <w:b w:val="0"/>
          <w:sz w:val="21"/>
        </w:rPr>
        <w:t>年</w:t>
      </w:r>
      <w:r>
        <w:rPr>
          <w:rFonts w:ascii="游明朝" w:hAnsi="游明朝" w:eastAsia="游明朝"/>
          <w:b w:val="0"/>
          <w:sz w:val="21"/>
          <w:highlight w:val="yellow"/>
        </w:rPr>
        <w:t>○</w:t>
      </w:r>
      <w:r>
        <w:rPr>
          <w:rFonts w:ascii="游明朝" w:hAnsi="游明朝" w:eastAsia="游明朝"/>
          <w:b w:val="0"/>
          <w:sz w:val="21"/>
        </w:rPr>
        <w:t>月</w:t>
      </w:r>
      <w:r>
        <w:rPr>
          <w:rFonts w:ascii="游明朝" w:hAnsi="游明朝" w:eastAsia="游明朝"/>
          <w:b w:val="0"/>
          <w:sz w:val="21"/>
          <w:highlight w:val="yellow"/>
        </w:rPr>
        <w:t>○</w:t>
      </w:r>
      <w:r>
        <w:rPr>
          <w:rFonts w:ascii="游明朝" w:hAnsi="游明朝" w:eastAsia="游明朝"/>
          <w:b w:val="0"/>
          <w:sz w:val="21"/>
        </w:rPr>
        <w:t>日までに、本物件を現状有姿のまま引き渡す。</w:t>
      </w:r>
    </w:p>
    <w:p>
      <w:pPr>
        <w:spacing w:after="40"/>
      </w:pPr>
      <w:r>
        <w:rPr>
          <w:rFonts w:ascii="游明朝" w:hAnsi="游明朝" w:eastAsia="游明朝"/>
          <w:b/>
          <w:sz w:val="21"/>
        </w:rPr>
        <w:t>第4条（登記）</w:t>
      </w:r>
    </w:p>
    <w:p>
      <w:pPr>
        <w:spacing w:after="160"/>
      </w:pPr>
      <w:r>
        <w:rPr>
          <w:rFonts w:ascii="游明朝" w:hAnsi="游明朝" w:eastAsia="游明朝"/>
          <w:b w:val="0"/>
          <w:sz w:val="21"/>
        </w:rPr>
        <w:t>甲及び乙は、前条の期日までに、本物件について贈与を原因とする所有権移転登記の申請を共同して行う。登記に要する費用（登録免許税及び司法書士報酬を含む。）は乙の負担とする。</w:t>
      </w:r>
    </w:p>
    <w:p>
      <w:pPr>
        <w:spacing w:after="40"/>
      </w:pPr>
      <w:r>
        <w:rPr>
          <w:rFonts w:ascii="游明朝" w:hAnsi="游明朝" w:eastAsia="游明朝"/>
          <w:b/>
          <w:sz w:val="21"/>
        </w:rPr>
        <w:t>第5条（公租公課等）</w:t>
      </w:r>
    </w:p>
    <w:p>
      <w:pPr>
        <w:spacing w:after="160"/>
      </w:pPr>
      <w:r>
        <w:rPr>
          <w:rFonts w:ascii="游明朝" w:hAnsi="游明朝" w:eastAsia="游明朝"/>
          <w:b w:val="0"/>
          <w:sz w:val="21"/>
        </w:rPr>
        <w:t>本物件に関する固定資産税、都市計画税その他の公租公課及び維持管理費用は、引渡しの日以降、乙が負担する。</w:t>
      </w:r>
    </w:p>
    <w:p>
      <w:pPr>
        <w:spacing w:after="40"/>
      </w:pPr>
      <w:r>
        <w:rPr>
          <w:rFonts w:ascii="游明朝" w:hAnsi="游明朝" w:eastAsia="游明朝"/>
          <w:b/>
          <w:sz w:val="21"/>
        </w:rPr>
        <w:t>第6条（権利関係の告知）</w:t>
      </w:r>
    </w:p>
    <w:p>
      <w:pPr>
        <w:spacing w:after="160"/>
      </w:pPr>
      <w:r>
        <w:rPr>
          <w:rFonts w:ascii="游明朝" w:hAnsi="游明朝" w:eastAsia="游明朝"/>
          <w:b w:val="0"/>
          <w:sz w:val="21"/>
        </w:rPr>
        <w:t>甲は、本物件に設定されている抵当権、賃借権その他の権利の内容を、乙に告知した。（該当する権利がない場合は「本物件に、抵当権その他の担保権及び賃借権は設定されていない。」と書き換える。）</w:t>
      </w:r>
    </w:p>
    <w:p>
      <w:pPr>
        <w:spacing w:after="40"/>
      </w:pPr>
      <w:r>
        <w:rPr>
          <w:rFonts w:ascii="游明朝" w:hAnsi="游明朝" w:eastAsia="游明朝"/>
          <w:b/>
          <w:sz w:val="21"/>
        </w:rPr>
        <w:t>第7条（協議）</w:t>
      </w:r>
    </w:p>
    <w:p>
      <w:pPr>
        <w:spacing w:after="200"/>
      </w:pPr>
      <w:r>
        <w:rPr>
          <w:rFonts w:ascii="游明朝" w:hAnsi="游明朝" w:eastAsia="游明朝"/>
          <w:b w:val="0"/>
          <w:sz w:val="21"/>
        </w:rPr>
        <w:t>本契約に定めのない事項は、民法その他の法令に従い、甲乙誠実に協議して定める。</w:t>
      </w:r>
    </w:p>
    <w:p>
      <w:pPr>
        <w:spacing w:after="200"/>
      </w:pPr>
      <w:r>
        <w:rPr>
          <w:rFonts w:ascii="游明朝" w:hAnsi="游明朝" w:eastAsia="游明朝"/>
          <w:b w:val="0"/>
          <w:sz w:val="21"/>
        </w:rPr>
        <w:t>本契約の成立を証するため、本書2通を作成し、甲乙が署名押印のうえ、各自1通を保管する。</w:t>
      </w:r>
    </w:p>
    <w:p>
      <w:pPr>
        <w:spacing w:after="200"/>
      </w:pPr>
      <w:r>
        <w:rPr>
          <w:rFonts w:ascii="游明朝" w:hAnsi="游明朝" w:eastAsia="游明朝"/>
          <w:b w:val="0"/>
          <w:sz w:val="21"/>
        </w:rPr>
        <w:t>令和</w:t>
      </w:r>
      <w:r>
        <w:rPr>
          <w:rFonts w:ascii="游明朝" w:hAnsi="游明朝" w:eastAsia="游明朝"/>
          <w:b w:val="0"/>
          <w:sz w:val="21"/>
          <w:highlight w:val="yellow"/>
        </w:rPr>
        <w:t>○</w:t>
      </w:r>
      <w:r>
        <w:rPr>
          <w:rFonts w:ascii="游明朝" w:hAnsi="游明朝" w:eastAsia="游明朝"/>
          <w:b w:val="0"/>
          <w:sz w:val="21"/>
        </w:rPr>
        <w:t>年</w:t>
      </w:r>
      <w:r>
        <w:rPr>
          <w:rFonts w:ascii="游明朝" w:hAnsi="游明朝" w:eastAsia="游明朝"/>
          <w:b w:val="0"/>
          <w:sz w:val="21"/>
          <w:highlight w:val="yellow"/>
        </w:rPr>
        <w:t>○</w:t>
      </w:r>
      <w:r>
        <w:rPr>
          <w:rFonts w:ascii="游明朝" w:hAnsi="游明朝" w:eastAsia="游明朝"/>
          <w:b w:val="0"/>
          <w:sz w:val="21"/>
        </w:rPr>
        <w:t>月</w:t>
      </w:r>
      <w:r>
        <w:rPr>
          <w:rFonts w:ascii="游明朝" w:hAnsi="游明朝" w:eastAsia="游明朝"/>
          <w:b w:val="0"/>
          <w:sz w:val="21"/>
          <w:highlight w:val="yellow"/>
        </w:rPr>
        <w:t>○</w:t>
      </w:r>
      <w:r>
        <w:rPr>
          <w:rFonts w:ascii="游明朝" w:hAnsi="游明朝" w:eastAsia="游明朝"/>
          <w:b w:val="0"/>
          <w:sz w:val="21"/>
        </w:rPr>
        <w:t>日</w:t>
      </w:r>
    </w:p>
    <w:p>
      <w:pPr>
        <w:spacing w:after="40"/>
      </w:pPr>
      <w:r>
        <w:rPr>
          <w:rFonts w:ascii="游明朝" w:hAnsi="游明朝" w:eastAsia="游明朝"/>
          <w:b w:val="0"/>
          <w:sz w:val="21"/>
        </w:rPr>
        <w:t xml:space="preserve">（贈与者）甲　住所　</w:t>
      </w:r>
      <w:r>
        <w:rPr>
          <w:rFonts w:ascii="游明朝" w:hAnsi="游明朝" w:eastAsia="游明朝"/>
          <w:b w:val="0"/>
          <w:sz w:val="21"/>
          <w:highlight w:val="yellow"/>
        </w:rPr>
        <w:t>○○</w:t>
      </w:r>
      <w:r>
        <w:rPr>
          <w:rFonts w:ascii="游明朝" w:hAnsi="游明朝" w:eastAsia="游明朝"/>
          <w:b w:val="0"/>
          <w:sz w:val="21"/>
        </w:rPr>
        <w:t>県</w:t>
      </w:r>
      <w:r>
        <w:rPr>
          <w:rFonts w:ascii="游明朝" w:hAnsi="游明朝" w:eastAsia="游明朝"/>
          <w:b w:val="0"/>
          <w:sz w:val="21"/>
          <w:highlight w:val="yellow"/>
        </w:rPr>
        <w:t>○○</w:t>
      </w:r>
      <w:r>
        <w:rPr>
          <w:rFonts w:ascii="游明朝" w:hAnsi="游明朝" w:eastAsia="游明朝"/>
          <w:b w:val="0"/>
          <w:sz w:val="21"/>
        </w:rPr>
        <w:t>市</w:t>
      </w:r>
      <w:r>
        <w:rPr>
          <w:rFonts w:ascii="游明朝" w:hAnsi="游明朝" w:eastAsia="游明朝"/>
          <w:b w:val="0"/>
          <w:sz w:val="21"/>
          <w:highlight w:val="yellow"/>
        </w:rPr>
        <w:t>○○</w:t>
      </w:r>
      <w:r>
        <w:rPr>
          <w:rFonts w:ascii="游明朝" w:hAnsi="游明朝" w:eastAsia="游明朝"/>
          <w:b w:val="0"/>
          <w:sz w:val="21"/>
        </w:rPr>
        <w:t>町</w:t>
      </w:r>
      <w:r>
        <w:rPr>
          <w:rFonts w:ascii="游明朝" w:hAnsi="游明朝" w:eastAsia="游明朝"/>
          <w:b w:val="0"/>
          <w:sz w:val="21"/>
          <w:highlight w:val="yellow"/>
        </w:rPr>
        <w:t>○</w:t>
      </w:r>
      <w:r>
        <w:rPr>
          <w:rFonts w:ascii="游明朝" w:hAnsi="游明朝" w:eastAsia="游明朝"/>
          <w:b w:val="0"/>
          <w:sz w:val="21"/>
        </w:rPr>
        <w:t>丁目</w:t>
      </w:r>
      <w:r>
        <w:rPr>
          <w:rFonts w:ascii="游明朝" w:hAnsi="游明朝" w:eastAsia="游明朝"/>
          <w:b w:val="0"/>
          <w:sz w:val="21"/>
          <w:highlight w:val="yellow"/>
        </w:rPr>
        <w:t>○</w:t>
      </w:r>
      <w:r>
        <w:rPr>
          <w:rFonts w:ascii="游明朝" w:hAnsi="游明朝" w:eastAsia="游明朝"/>
          <w:b w:val="0"/>
          <w:sz w:val="21"/>
        </w:rPr>
        <w:t>番</w:t>
      </w:r>
      <w:r>
        <w:rPr>
          <w:rFonts w:ascii="游明朝" w:hAnsi="游明朝" w:eastAsia="游明朝"/>
          <w:b w:val="0"/>
          <w:sz w:val="21"/>
          <w:highlight w:val="yellow"/>
        </w:rPr>
        <w:t>○</w:t>
      </w:r>
      <w:r>
        <w:rPr>
          <w:rFonts w:ascii="游明朝" w:hAnsi="游明朝" w:eastAsia="游明朝"/>
          <w:b w:val="0"/>
          <w:sz w:val="21"/>
        </w:rPr>
        <w:t>号</w:t>
      </w:r>
    </w:p>
    <w:p>
      <w:pPr>
        <w:spacing w:after="200"/>
      </w:pPr>
      <w:r>
        <w:rPr>
          <w:rFonts w:ascii="游明朝" w:hAnsi="游明朝" w:eastAsia="游明朝"/>
          <w:b w:val="0"/>
          <w:sz w:val="21"/>
        </w:rPr>
        <w:t xml:space="preserve">　　　　氏名　</w:t>
      </w:r>
      <w:r>
        <w:rPr>
          <w:rFonts w:ascii="游明朝" w:hAnsi="游明朝" w:eastAsia="游明朝"/>
          <w:b w:val="0"/>
          <w:sz w:val="21"/>
          <w:highlight w:val="yellow"/>
        </w:rPr>
        <w:t>○○</w:t>
      </w:r>
      <w:r>
        <w:rPr>
          <w:rFonts w:ascii="游明朝" w:hAnsi="游明朝" w:eastAsia="游明朝"/>
          <w:b w:val="0"/>
          <w:sz w:val="21"/>
        </w:rPr>
        <w:t xml:space="preserve">　</w:t>
      </w:r>
      <w:r>
        <w:rPr>
          <w:rFonts w:ascii="游明朝" w:hAnsi="游明朝" w:eastAsia="游明朝"/>
          <w:b w:val="0"/>
          <w:sz w:val="21"/>
          <w:highlight w:val="yellow"/>
        </w:rPr>
        <w:t>○○</w:t>
      </w:r>
      <w:r>
        <w:rPr>
          <w:rFonts w:ascii="游明朝" w:hAnsi="游明朝" w:eastAsia="游明朝"/>
          <w:b w:val="0"/>
          <w:sz w:val="21"/>
        </w:rPr>
        <w:t xml:space="preserve">　　　　　　　　　　印（自署・押印）</w:t>
      </w:r>
    </w:p>
    <w:p>
      <w:pPr>
        <w:spacing w:after="40"/>
      </w:pPr>
      <w:r>
        <w:rPr>
          <w:rFonts w:ascii="游明朝" w:hAnsi="游明朝" w:eastAsia="游明朝"/>
          <w:b w:val="0"/>
          <w:sz w:val="21"/>
        </w:rPr>
        <w:t xml:space="preserve">（受贈者）乙　住所　</w:t>
      </w:r>
      <w:r>
        <w:rPr>
          <w:rFonts w:ascii="游明朝" w:hAnsi="游明朝" w:eastAsia="游明朝"/>
          <w:b w:val="0"/>
          <w:sz w:val="21"/>
          <w:highlight w:val="yellow"/>
        </w:rPr>
        <w:t>○○</w:t>
      </w:r>
      <w:r>
        <w:rPr>
          <w:rFonts w:ascii="游明朝" w:hAnsi="游明朝" w:eastAsia="游明朝"/>
          <w:b w:val="0"/>
          <w:sz w:val="21"/>
        </w:rPr>
        <w:t>県</w:t>
      </w:r>
      <w:r>
        <w:rPr>
          <w:rFonts w:ascii="游明朝" w:hAnsi="游明朝" w:eastAsia="游明朝"/>
          <w:b w:val="0"/>
          <w:sz w:val="21"/>
          <w:highlight w:val="yellow"/>
        </w:rPr>
        <w:t>○○</w:t>
      </w:r>
      <w:r>
        <w:rPr>
          <w:rFonts w:ascii="游明朝" w:hAnsi="游明朝" w:eastAsia="游明朝"/>
          <w:b w:val="0"/>
          <w:sz w:val="21"/>
        </w:rPr>
        <w:t>市</w:t>
      </w:r>
      <w:r>
        <w:rPr>
          <w:rFonts w:ascii="游明朝" w:hAnsi="游明朝" w:eastAsia="游明朝"/>
          <w:b w:val="0"/>
          <w:sz w:val="21"/>
          <w:highlight w:val="yellow"/>
        </w:rPr>
        <w:t>○○</w:t>
      </w:r>
      <w:r>
        <w:rPr>
          <w:rFonts w:ascii="游明朝" w:hAnsi="游明朝" w:eastAsia="游明朝"/>
          <w:b w:val="0"/>
          <w:sz w:val="21"/>
        </w:rPr>
        <w:t>町</w:t>
      </w:r>
      <w:r>
        <w:rPr>
          <w:rFonts w:ascii="游明朝" w:hAnsi="游明朝" w:eastAsia="游明朝"/>
          <w:b w:val="0"/>
          <w:sz w:val="21"/>
          <w:highlight w:val="yellow"/>
        </w:rPr>
        <w:t>○</w:t>
      </w:r>
      <w:r>
        <w:rPr>
          <w:rFonts w:ascii="游明朝" w:hAnsi="游明朝" w:eastAsia="游明朝"/>
          <w:b w:val="0"/>
          <w:sz w:val="21"/>
        </w:rPr>
        <w:t>丁目</w:t>
      </w:r>
      <w:r>
        <w:rPr>
          <w:rFonts w:ascii="游明朝" w:hAnsi="游明朝" w:eastAsia="游明朝"/>
          <w:b w:val="0"/>
          <w:sz w:val="21"/>
          <w:highlight w:val="yellow"/>
        </w:rPr>
        <w:t>○</w:t>
      </w:r>
      <w:r>
        <w:rPr>
          <w:rFonts w:ascii="游明朝" w:hAnsi="游明朝" w:eastAsia="游明朝"/>
          <w:b w:val="0"/>
          <w:sz w:val="21"/>
        </w:rPr>
        <w:t>番</w:t>
      </w:r>
      <w:r>
        <w:rPr>
          <w:rFonts w:ascii="游明朝" w:hAnsi="游明朝" w:eastAsia="游明朝"/>
          <w:b w:val="0"/>
          <w:sz w:val="21"/>
          <w:highlight w:val="yellow"/>
        </w:rPr>
        <w:t>○</w:t>
      </w:r>
      <w:r>
        <w:rPr>
          <w:rFonts w:ascii="游明朝" w:hAnsi="游明朝" w:eastAsia="游明朝"/>
          <w:b w:val="0"/>
          <w:sz w:val="21"/>
        </w:rPr>
        <w:t>号</w:t>
      </w:r>
    </w:p>
    <w:p>
      <w:pPr>
        <w:spacing w:after="200"/>
      </w:pPr>
      <w:r>
        <w:rPr>
          <w:rFonts w:ascii="游明朝" w:hAnsi="游明朝" w:eastAsia="游明朝"/>
          <w:b w:val="0"/>
          <w:sz w:val="21"/>
        </w:rPr>
        <w:t xml:space="preserve">　　　　氏名　</w:t>
      </w:r>
      <w:r>
        <w:rPr>
          <w:rFonts w:ascii="游明朝" w:hAnsi="游明朝" w:eastAsia="游明朝"/>
          <w:b w:val="0"/>
          <w:sz w:val="21"/>
          <w:highlight w:val="yellow"/>
        </w:rPr>
        <w:t>○○</w:t>
      </w:r>
      <w:r>
        <w:rPr>
          <w:rFonts w:ascii="游明朝" w:hAnsi="游明朝" w:eastAsia="游明朝"/>
          <w:b w:val="0"/>
          <w:sz w:val="21"/>
        </w:rPr>
        <w:t xml:space="preserve">　</w:t>
      </w:r>
      <w:r>
        <w:rPr>
          <w:rFonts w:ascii="游明朝" w:hAnsi="游明朝" w:eastAsia="游明朝"/>
          <w:b w:val="0"/>
          <w:sz w:val="21"/>
          <w:highlight w:val="yellow"/>
        </w:rPr>
        <w:t>○○</w:t>
      </w:r>
      <w:r>
        <w:rPr>
          <w:rFonts w:ascii="游明朝" w:hAnsi="游明朝" w:eastAsia="游明朝"/>
          <w:b w:val="0"/>
          <w:sz w:val="21"/>
        </w:rPr>
        <w:t xml:space="preserve">　　　　　　　　　　印（自署・押印）</w:t>
      </w:r>
    </w:p>
    <w:p>
      <w:pPr>
        <w:spacing w:after="80"/>
      </w:pPr>
      <w:r>
        <w:rPr>
          <w:rFonts w:ascii="游明朝" w:hAnsi="游明朝" w:eastAsia="游明朝"/>
          <w:b/>
          <w:sz w:val="21"/>
        </w:rPr>
        <w:t>別紙　物件目録</w:t>
      </w:r>
    </w:p>
    <w:p>
      <w:pPr>
        <w:spacing w:after="40"/>
      </w:pPr>
      <w:r>
        <w:rPr>
          <w:rFonts w:ascii="游明朝" w:hAnsi="游明朝" w:eastAsia="游明朝"/>
          <w:b w:val="0"/>
          <w:sz w:val="21"/>
        </w:rPr>
        <w:t xml:space="preserve">【土地】所在　</w:t>
      </w:r>
      <w:r>
        <w:rPr>
          <w:rFonts w:ascii="游明朝" w:hAnsi="游明朝" w:eastAsia="游明朝"/>
          <w:b w:val="0"/>
          <w:sz w:val="21"/>
          <w:highlight w:val="yellow"/>
        </w:rPr>
        <w:t>○○</w:t>
      </w:r>
      <w:r>
        <w:rPr>
          <w:rFonts w:ascii="游明朝" w:hAnsi="游明朝" w:eastAsia="游明朝"/>
          <w:b w:val="0"/>
          <w:sz w:val="21"/>
        </w:rPr>
        <w:t>市</w:t>
      </w:r>
      <w:r>
        <w:rPr>
          <w:rFonts w:ascii="游明朝" w:hAnsi="游明朝" w:eastAsia="游明朝"/>
          <w:b w:val="0"/>
          <w:sz w:val="21"/>
          <w:highlight w:val="yellow"/>
        </w:rPr>
        <w:t>○○</w:t>
      </w:r>
      <w:r>
        <w:rPr>
          <w:rFonts w:ascii="游明朝" w:hAnsi="游明朝" w:eastAsia="游明朝"/>
          <w:b w:val="0"/>
          <w:sz w:val="21"/>
        </w:rPr>
        <w:t>町</w:t>
      </w:r>
      <w:r>
        <w:rPr>
          <w:rFonts w:ascii="游明朝" w:hAnsi="游明朝" w:eastAsia="游明朝"/>
          <w:b w:val="0"/>
          <w:sz w:val="21"/>
          <w:highlight w:val="yellow"/>
        </w:rPr>
        <w:t>○</w:t>
      </w:r>
      <w:r>
        <w:rPr>
          <w:rFonts w:ascii="游明朝" w:hAnsi="游明朝" w:eastAsia="游明朝"/>
          <w:b w:val="0"/>
          <w:sz w:val="21"/>
        </w:rPr>
        <w:t xml:space="preserve">丁目　地番　</w:t>
      </w:r>
      <w:r>
        <w:rPr>
          <w:rFonts w:ascii="游明朝" w:hAnsi="游明朝" w:eastAsia="游明朝"/>
          <w:b w:val="0"/>
          <w:sz w:val="21"/>
          <w:highlight w:val="yellow"/>
        </w:rPr>
        <w:t>○</w:t>
      </w:r>
      <w:r>
        <w:rPr>
          <w:rFonts w:ascii="游明朝" w:hAnsi="游明朝" w:eastAsia="游明朝"/>
          <w:b w:val="0"/>
          <w:sz w:val="21"/>
        </w:rPr>
        <w:t>番</w:t>
      </w:r>
      <w:r>
        <w:rPr>
          <w:rFonts w:ascii="游明朝" w:hAnsi="游明朝" w:eastAsia="游明朝"/>
          <w:b w:val="0"/>
          <w:sz w:val="21"/>
          <w:highlight w:val="yellow"/>
        </w:rPr>
        <w:t>○</w:t>
      </w:r>
      <w:r>
        <w:rPr>
          <w:rFonts w:ascii="游明朝" w:hAnsi="游明朝" w:eastAsia="游明朝"/>
          <w:b w:val="0"/>
          <w:sz w:val="21"/>
        </w:rPr>
        <w:t xml:space="preserve">　地目　宅地　地積　</w:t>
      </w:r>
      <w:r>
        <w:rPr>
          <w:rFonts w:ascii="游明朝" w:hAnsi="游明朝" w:eastAsia="游明朝"/>
          <w:b w:val="0"/>
          <w:sz w:val="21"/>
          <w:highlight w:val="yellow"/>
        </w:rPr>
        <w:t>○○.○○</w:t>
      </w:r>
      <w:r>
        <w:rPr>
          <w:rFonts w:ascii="游明朝" w:hAnsi="游明朝" w:eastAsia="游明朝"/>
          <w:b w:val="0"/>
          <w:sz w:val="21"/>
        </w:rPr>
        <w:t>平方メートル</w:t>
      </w:r>
    </w:p>
    <w:p>
      <w:pPr>
        <w:spacing w:after="160"/>
      </w:pPr>
      <w:r>
        <w:rPr>
          <w:rFonts w:ascii="游明朝" w:hAnsi="游明朝" w:eastAsia="游明朝"/>
          <w:b w:val="0"/>
          <w:sz w:val="21"/>
        </w:rPr>
        <w:t xml:space="preserve">【建物】所在　</w:t>
      </w:r>
      <w:r>
        <w:rPr>
          <w:rFonts w:ascii="游明朝" w:hAnsi="游明朝" w:eastAsia="游明朝"/>
          <w:b w:val="0"/>
          <w:sz w:val="21"/>
          <w:highlight w:val="yellow"/>
        </w:rPr>
        <w:t>○○</w:t>
      </w:r>
      <w:r>
        <w:rPr>
          <w:rFonts w:ascii="游明朝" w:hAnsi="游明朝" w:eastAsia="游明朝"/>
          <w:b w:val="0"/>
          <w:sz w:val="21"/>
        </w:rPr>
        <w:t>市</w:t>
      </w:r>
      <w:r>
        <w:rPr>
          <w:rFonts w:ascii="游明朝" w:hAnsi="游明朝" w:eastAsia="游明朝"/>
          <w:b w:val="0"/>
          <w:sz w:val="21"/>
          <w:highlight w:val="yellow"/>
        </w:rPr>
        <w:t>○○</w:t>
      </w:r>
      <w:r>
        <w:rPr>
          <w:rFonts w:ascii="游明朝" w:hAnsi="游明朝" w:eastAsia="游明朝"/>
          <w:b w:val="0"/>
          <w:sz w:val="21"/>
        </w:rPr>
        <w:t>町</w:t>
      </w:r>
      <w:r>
        <w:rPr>
          <w:rFonts w:ascii="游明朝" w:hAnsi="游明朝" w:eastAsia="游明朝"/>
          <w:b w:val="0"/>
          <w:sz w:val="21"/>
          <w:highlight w:val="yellow"/>
        </w:rPr>
        <w:t>○</w:t>
      </w:r>
      <w:r>
        <w:rPr>
          <w:rFonts w:ascii="游明朝" w:hAnsi="游明朝" w:eastAsia="游明朝"/>
          <w:b w:val="0"/>
          <w:sz w:val="21"/>
        </w:rPr>
        <w:t>丁目</w:t>
      </w:r>
      <w:r>
        <w:rPr>
          <w:rFonts w:ascii="游明朝" w:hAnsi="游明朝" w:eastAsia="游明朝"/>
          <w:b w:val="0"/>
          <w:sz w:val="21"/>
          <w:highlight w:val="yellow"/>
        </w:rPr>
        <w:t>○</w:t>
      </w:r>
      <w:r>
        <w:rPr>
          <w:rFonts w:ascii="游明朝" w:hAnsi="游明朝" w:eastAsia="游明朝"/>
          <w:b w:val="0"/>
          <w:sz w:val="21"/>
        </w:rPr>
        <w:t>番地</w:t>
      </w:r>
      <w:r>
        <w:rPr>
          <w:rFonts w:ascii="游明朝" w:hAnsi="游明朝" w:eastAsia="游明朝"/>
          <w:b w:val="0"/>
          <w:sz w:val="21"/>
          <w:highlight w:val="yellow"/>
        </w:rPr>
        <w:t>○</w:t>
      </w:r>
      <w:r>
        <w:rPr>
          <w:rFonts w:ascii="游明朝" w:hAnsi="游明朝" w:eastAsia="游明朝"/>
          <w:b w:val="0"/>
          <w:sz w:val="21"/>
        </w:rPr>
        <w:t xml:space="preserve">　家屋番号　</w:t>
      </w:r>
      <w:r>
        <w:rPr>
          <w:rFonts w:ascii="游明朝" w:hAnsi="游明朝" w:eastAsia="游明朝"/>
          <w:b w:val="0"/>
          <w:sz w:val="21"/>
          <w:highlight w:val="yellow"/>
        </w:rPr>
        <w:t>○</w:t>
      </w:r>
      <w:r>
        <w:rPr>
          <w:rFonts w:ascii="游明朝" w:hAnsi="游明朝" w:eastAsia="游明朝"/>
          <w:b w:val="0"/>
          <w:sz w:val="21"/>
        </w:rPr>
        <w:t>番</w:t>
      </w:r>
      <w:r>
        <w:rPr>
          <w:rFonts w:ascii="游明朝" w:hAnsi="游明朝" w:eastAsia="游明朝"/>
          <w:b w:val="0"/>
          <w:sz w:val="21"/>
          <w:highlight w:val="yellow"/>
        </w:rPr>
        <w:t>○</w:t>
      </w:r>
      <w:r>
        <w:rPr>
          <w:rFonts w:ascii="游明朝" w:hAnsi="游明朝" w:eastAsia="游明朝"/>
          <w:b w:val="0"/>
          <w:sz w:val="21"/>
        </w:rPr>
        <w:t xml:space="preserve">　種類　居宅　構造　</w:t>
      </w:r>
      <w:r>
        <w:rPr>
          <w:rFonts w:ascii="游明朝" w:hAnsi="游明朝" w:eastAsia="游明朝"/>
          <w:b w:val="0"/>
          <w:sz w:val="21"/>
          <w:highlight w:val="yellow"/>
        </w:rPr>
        <w:t>○○</w:t>
      </w:r>
      <w:r>
        <w:rPr>
          <w:rFonts w:ascii="游明朝" w:hAnsi="游明朝" w:eastAsia="游明朝"/>
          <w:b w:val="0"/>
          <w:sz w:val="21"/>
        </w:rPr>
        <w:t>造</w:t>
      </w:r>
      <w:r>
        <w:rPr>
          <w:rFonts w:ascii="游明朝" w:hAnsi="游明朝" w:eastAsia="游明朝"/>
          <w:b w:val="0"/>
          <w:sz w:val="21"/>
          <w:highlight w:val="yellow"/>
        </w:rPr>
        <w:t>○</w:t>
      </w:r>
      <w:r>
        <w:rPr>
          <w:rFonts w:ascii="游明朝" w:hAnsi="游明朝" w:eastAsia="游明朝"/>
          <w:b w:val="0"/>
          <w:sz w:val="21"/>
        </w:rPr>
        <w:t>階建　床面積　1階</w:t>
      </w:r>
      <w:r>
        <w:rPr>
          <w:rFonts w:ascii="游明朝" w:hAnsi="游明朝" w:eastAsia="游明朝"/>
          <w:b w:val="0"/>
          <w:sz w:val="21"/>
          <w:highlight w:val="yellow"/>
        </w:rPr>
        <w:t>○○.○○</w:t>
      </w:r>
      <w:r>
        <w:rPr>
          <w:rFonts w:ascii="游明朝" w:hAnsi="游明朝" w:eastAsia="游明朝"/>
          <w:b w:val="0"/>
          <w:sz w:val="21"/>
        </w:rPr>
        <w:t>平方メートル　2階</w:t>
      </w:r>
      <w:r>
        <w:rPr>
          <w:rFonts w:ascii="游明朝" w:hAnsi="游明朝" w:eastAsia="游明朝"/>
          <w:b w:val="0"/>
          <w:sz w:val="21"/>
          <w:highlight w:val="yellow"/>
        </w:rPr>
        <w:t>○○.○○</w:t>
      </w:r>
      <w:r>
        <w:rPr>
          <w:rFonts w:ascii="游明朝" w:hAnsi="游明朝" w:eastAsia="游明朝"/>
          <w:b w:val="0"/>
          <w:sz w:val="21"/>
        </w:rPr>
        <w:t>平方メートル</w:t>
      </w:r>
    </w:p>
    <w:p>
      <w:pPr>
        <w:spacing w:after="80"/>
      </w:pPr>
      <w:r>
        <w:rPr>
          <w:rFonts w:ascii="游明朝" w:hAnsi="游明朝" w:eastAsia="游明朝"/>
          <w:b w:val="0"/>
          <w:sz w:val="18"/>
        </w:rPr>
        <w:t>【記入のポイント】物件の表示は、法務局の登記事項証明書のとおりに書き写します。住宅ローンの残債を受贈者が引き継ぐなど、受贈者に負担を課す場合は「負担付贈与」という別の論点になります。その場合は専門家に確認してください。夫婦間で居住用不動産を贈与するときは配偶者控除（国税庁タックスアンサー No.4452）の要件も確認します。</w:t>
      </w:r>
    </w:p>
    <w:p>
      <w:r>
        <w:br w:type="page"/>
      </w:r>
    </w:p>
    <w:p>
      <w:pPr>
        <w:spacing w:after="200"/>
      </w:pPr>
      <w:r>
        <w:rPr>
          <w:rFonts w:ascii="游明朝" w:hAnsi="游明朝" w:eastAsia="游明朝"/>
          <w:b/>
          <w:sz w:val="24"/>
        </w:rPr>
        <w:t>④ 贈与の証拠を残すチェックリスト（110万円以下の贈与でも確認）</w:t>
      </w:r>
    </w:p>
    <w:p>
      <w:pPr>
        <w:spacing w:after="120"/>
      </w:pPr>
      <w:r>
        <w:rPr>
          <w:rFonts w:ascii="游明朝" w:hAnsi="游明朝" w:eastAsia="游明朝"/>
          <w:b w:val="0"/>
          <w:sz w:val="21"/>
        </w:rPr>
        <w:t>□ 1.　贈与のたびに贈与契約書を作り、贈与者と受贈者がそれぞれ署名押印した。</w:t>
      </w:r>
    </w:p>
    <w:p>
      <w:pPr>
        <w:spacing w:after="120"/>
      </w:pPr>
      <w:r>
        <w:rPr>
          <w:rFonts w:ascii="游明朝" w:hAnsi="游明朝" w:eastAsia="游明朝"/>
          <w:b w:val="0"/>
          <w:sz w:val="21"/>
        </w:rPr>
        <w:t>□ 2.　契約書の日付は、実際に贈与を約束した日になっている。</w:t>
      </w:r>
    </w:p>
    <w:p>
      <w:pPr>
        <w:spacing w:after="120"/>
      </w:pPr>
      <w:r>
        <w:rPr>
          <w:rFonts w:ascii="游明朝" w:hAnsi="游明朝" w:eastAsia="游明朝"/>
          <w:b w:val="0"/>
          <w:sz w:val="21"/>
        </w:rPr>
        <w:t>□ 3.　贈与は同じ年（1月1日から12月31日）のうちに履行した（振込まで終えた）。</w:t>
      </w:r>
    </w:p>
    <w:p>
      <w:pPr>
        <w:spacing w:after="120"/>
      </w:pPr>
      <w:r>
        <w:rPr>
          <w:rFonts w:ascii="游明朝" w:hAnsi="游明朝" w:eastAsia="游明朝"/>
          <w:b w:val="0"/>
          <w:sz w:val="21"/>
        </w:rPr>
        <w:t>□ 4.　受贈者本人の名義の口座に、振込で支払った（現金の手渡しは記録が残らない）。</w:t>
      </w:r>
    </w:p>
    <w:p>
      <w:pPr>
        <w:spacing w:after="120"/>
      </w:pPr>
      <w:r>
        <w:rPr>
          <w:rFonts w:ascii="游明朝" w:hAnsi="游明朝" w:eastAsia="游明朝"/>
          <w:b w:val="0"/>
          <w:sz w:val="21"/>
        </w:rPr>
        <w:t>□ 5.　その口座は、受贈者自身が開設したもので、届出印は贈与者の印鑑と別になっている。</w:t>
      </w:r>
    </w:p>
    <w:p>
      <w:pPr>
        <w:spacing w:after="120"/>
      </w:pPr>
      <w:r>
        <w:rPr>
          <w:rFonts w:ascii="游明朝" w:hAnsi="游明朝" w:eastAsia="游明朝"/>
          <w:b w:val="0"/>
          <w:sz w:val="21"/>
        </w:rPr>
        <w:t>□ 6.　通帳・キャッシュカード・印鑑は、受贈者が保管している。</w:t>
      </w:r>
    </w:p>
    <w:p>
      <w:pPr>
        <w:spacing w:after="120"/>
      </w:pPr>
      <w:r>
        <w:rPr>
          <w:rFonts w:ascii="游明朝" w:hAnsi="游明朝" w:eastAsia="游明朝"/>
          <w:b w:val="0"/>
          <w:sz w:val="21"/>
        </w:rPr>
        <w:t>□ 7.　受贈者は、贈与を受けたことを知っており、契約書に自分で署名した。</w:t>
      </w:r>
    </w:p>
    <w:p>
      <w:pPr>
        <w:spacing w:after="120"/>
      </w:pPr>
      <w:r>
        <w:rPr>
          <w:rFonts w:ascii="游明朝" w:hAnsi="游明朝" w:eastAsia="游明朝"/>
          <w:b w:val="0"/>
          <w:sz w:val="21"/>
        </w:rPr>
        <w:t>□ 8.　受贈者が自由に使える状態で、贈与者が出金や管理をしていない。</w:t>
      </w:r>
    </w:p>
    <w:p>
      <w:pPr>
        <w:spacing w:after="120"/>
      </w:pPr>
      <w:r>
        <w:rPr>
          <w:rFonts w:ascii="游明朝" w:hAnsi="游明朝" w:eastAsia="游明朝"/>
          <w:b w:val="0"/>
          <w:sz w:val="21"/>
        </w:rPr>
        <w:t>□ 9.　毎年贈与は、年ごとに新しい契約書を作っている（複数年分をまとめて約束していない）。</w:t>
      </w:r>
    </w:p>
    <w:p>
      <w:pPr>
        <w:spacing w:after="120"/>
      </w:pPr>
      <w:r>
        <w:rPr>
          <w:rFonts w:ascii="游明朝" w:hAnsi="游明朝" w:eastAsia="游明朝"/>
          <w:b w:val="0"/>
          <w:sz w:val="21"/>
        </w:rPr>
        <w:t>□ 10.　年・契約日・金額・振込日を一覧にして、契約書と通帳の写しとあわせて保管している。</w:t>
      </w:r>
    </w:p>
    <w:p>
      <w:pPr>
        <w:spacing w:after="120"/>
      </w:pPr>
      <w:r>
        <w:rPr>
          <w:rFonts w:ascii="游明朝" w:hAnsi="游明朝" w:eastAsia="游明朝"/>
          <w:b w:val="0"/>
          <w:sz w:val="21"/>
        </w:rPr>
        <w:t>□ 11.　1年間の贈与の合計が110万円を超えた場合は、翌年2月1日から3月15日までに贈与税の申告をする。</w:t>
      </w:r>
    </w:p>
    <w:p>
      <w:pPr>
        <w:spacing w:after="80"/>
      </w:pPr>
    </w:p>
    <w:p>
      <w:pPr>
        <w:spacing w:after="120"/>
      </w:pPr>
      <w:r>
        <w:rPr>
          <w:rFonts w:ascii="游明朝" w:hAnsi="游明朝" w:eastAsia="游明朝"/>
          <w:b w:val="0"/>
          <w:sz w:val="19"/>
        </w:rPr>
        <w:t>このチェックは、贈与が成立していたことを後から説明しやすくするための整理です。相続税の調査での扱いは、資金の出どころ、管理や運用の状況、贈与の事実の有無などを総合して判断されます。</w:t>
      </w:r>
    </w:p>
    <w:sectPr w:rsidR="00FC693F" w:rsidRPr="0006063C" w:rsidSect="00034616">
      <w:pgSz w:w="12240" w:h="15840"/>
      <w:pgMar w:top="1440" w:right="1361" w:bottom="1440"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